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EBB3B" w14:textId="77777777" w:rsidR="00057178" w:rsidRPr="00670451" w:rsidRDefault="00000000" w:rsidP="00015CC3">
      <w:pPr>
        <w:pStyle w:val="Heading1"/>
        <w:rPr>
          <w:rFonts w:ascii="Aptos ExtraBold" w:hAnsi="Aptos ExtraBold"/>
          <w:b w:val="0"/>
          <w:bCs w:val="0"/>
          <w:sz w:val="40"/>
          <w:szCs w:val="40"/>
        </w:rPr>
      </w:pPr>
      <w:r w:rsidRPr="00670451">
        <w:rPr>
          <w:rFonts w:ascii="Aptos ExtraBold" w:hAnsi="Aptos ExtraBold"/>
          <w:b w:val="0"/>
          <w:bCs w:val="0"/>
          <w:sz w:val="40"/>
          <w:szCs w:val="40"/>
        </w:rPr>
        <w:t>Communication Request Form</w:t>
      </w:r>
    </w:p>
    <w:p w14:paraId="6881A058" w14:textId="77777777" w:rsidR="00057178" w:rsidRPr="00670451" w:rsidRDefault="00000000">
      <w:pPr>
        <w:spacing w:after="120" w:line="269" w:lineRule="auto"/>
        <w:rPr>
          <w:rFonts w:ascii="Aptos" w:hAnsi="Aptos" w:cs="Segoe UI Semilight"/>
          <w:sz w:val="24"/>
          <w:szCs w:val="32"/>
        </w:rPr>
      </w:pPr>
      <w:r w:rsidRPr="00670451">
        <w:rPr>
          <w:rFonts w:ascii="Aptos" w:hAnsi="Aptos" w:cstheme="majorHAnsi"/>
          <w:b/>
          <w:sz w:val="24"/>
          <w:szCs w:val="32"/>
        </w:rPr>
        <w:t>During the Term of the approved project, the Recipient shall submit the ‘Communication Request Form’</w:t>
      </w:r>
      <w:r w:rsidRPr="00670451">
        <w:rPr>
          <w:rFonts w:ascii="Aptos" w:hAnsi="Aptos" w:cs="Segoe UI Semilight"/>
          <w:b/>
          <w:sz w:val="24"/>
          <w:szCs w:val="32"/>
        </w:rPr>
        <w:t xml:space="preserve"> in accordance with communication expectations as set out in Schedule ‘C’</w:t>
      </w:r>
      <w:r w:rsidRPr="00670451">
        <w:rPr>
          <w:rFonts w:ascii="Aptos" w:hAnsi="Aptos" w:cs="Segoe UI Semilight"/>
          <w:sz w:val="24"/>
          <w:szCs w:val="32"/>
        </w:rPr>
        <w:t xml:space="preserve">. The formal requisition is required under the program and </w:t>
      </w:r>
      <w:r w:rsidRPr="00670451">
        <w:rPr>
          <w:rFonts w:ascii="Aptos" w:hAnsi="Aptos" w:cs="Segoe UI Semilight"/>
          <w:b/>
          <w:bCs/>
          <w:sz w:val="24"/>
          <w:szCs w:val="32"/>
        </w:rPr>
        <w:t xml:space="preserve">MUST be </w:t>
      </w:r>
      <w:r w:rsidRPr="00670451">
        <w:rPr>
          <w:rFonts w:ascii="Aptos" w:hAnsi="Aptos" w:cstheme="majorHAnsi"/>
          <w:b/>
          <w:bCs/>
          <w:sz w:val="24"/>
          <w:szCs w:val="32"/>
        </w:rPr>
        <w:t>submitted at least 25 business days</w:t>
      </w:r>
      <w:r w:rsidRPr="00670451">
        <w:rPr>
          <w:rFonts w:ascii="Aptos" w:hAnsi="Aptos" w:cs="Segoe UI Semilight"/>
          <w:b/>
          <w:bCs/>
          <w:sz w:val="24"/>
          <w:szCs w:val="32"/>
        </w:rPr>
        <w:t xml:space="preserve"> prior</w:t>
      </w:r>
      <w:r w:rsidRPr="00670451">
        <w:rPr>
          <w:rFonts w:ascii="Aptos" w:hAnsi="Aptos" w:cs="Segoe UI Semilight"/>
          <w:sz w:val="24"/>
          <w:szCs w:val="32"/>
        </w:rPr>
        <w:t xml:space="preserve"> to the event, news release, and/or publication date.</w:t>
      </w:r>
    </w:p>
    <w:p w14:paraId="4FF14EF9" w14:textId="77777777" w:rsidR="00057178" w:rsidRPr="00670451" w:rsidRDefault="00000000" w:rsidP="00015CC3">
      <w:pPr>
        <w:pStyle w:val="Heading2"/>
        <w:rPr>
          <w:rFonts w:ascii="Aptos SemiBold" w:hAnsi="Aptos SemiBold"/>
          <w:b w:val="0"/>
          <w:bCs w:val="0"/>
          <w:color w:val="107F8A" w:themeColor="accent5"/>
          <w:sz w:val="32"/>
          <w:szCs w:val="32"/>
        </w:rPr>
      </w:pPr>
      <w:r w:rsidRPr="00670451">
        <w:rPr>
          <w:rFonts w:ascii="Aptos SemiBold" w:hAnsi="Aptos SemiBold"/>
          <w:b w:val="0"/>
          <w:bCs w:val="0"/>
          <w:color w:val="107F8A" w:themeColor="accent5"/>
          <w:sz w:val="32"/>
          <w:szCs w:val="32"/>
        </w:rPr>
        <w:t>Project Details</w:t>
      </w:r>
    </w:p>
    <w:tbl>
      <w:tblPr>
        <w:tblW w:w="982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67"/>
        <w:gridCol w:w="7357"/>
      </w:tblGrid>
      <w:tr w:rsidR="00057178" w:rsidRPr="00670451" w14:paraId="5C05294A" w14:textId="77777777" w:rsidTr="00670451">
        <w:trPr>
          <w:jc w:val="center"/>
        </w:trPr>
        <w:tc>
          <w:tcPr>
            <w:tcW w:w="2467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6F7BB9" w14:textId="77777777" w:rsidR="00057178" w:rsidRPr="00670451" w:rsidRDefault="00000000">
            <w:pPr>
              <w:spacing w:line="240" w:lineRule="auto"/>
              <w:rPr>
                <w:rFonts w:ascii="Aptos" w:hAnsi="Aptos" w:cs="Segoe UI Semilight"/>
                <w:sz w:val="20"/>
                <w:szCs w:val="24"/>
              </w:rPr>
            </w:pPr>
            <w:r w:rsidRPr="00670451">
              <w:rPr>
                <w:rFonts w:ascii="Aptos" w:hAnsi="Aptos" w:cs="Segoe UI Semilight"/>
                <w:color w:val="000000"/>
                <w:sz w:val="20"/>
                <w:szCs w:val="24"/>
              </w:rPr>
              <w:t>Project Number:</w:t>
            </w:r>
          </w:p>
        </w:tc>
        <w:tc>
          <w:tcPr>
            <w:tcW w:w="7357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EA5D2C" w14:textId="36BEAEEC" w:rsidR="00057178" w:rsidRPr="00670451" w:rsidRDefault="00057178">
            <w:pPr>
              <w:spacing w:line="240" w:lineRule="auto"/>
              <w:rPr>
                <w:rFonts w:ascii="Aptos" w:hAnsi="Aptos" w:cs="Segoe UI Semilight"/>
              </w:rPr>
            </w:pPr>
          </w:p>
        </w:tc>
      </w:tr>
      <w:tr w:rsidR="00057178" w:rsidRPr="00670451" w14:paraId="1463EA47" w14:textId="77777777" w:rsidTr="00670451">
        <w:trPr>
          <w:jc w:val="center"/>
        </w:trPr>
        <w:tc>
          <w:tcPr>
            <w:tcW w:w="2467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0DE096" w14:textId="77777777" w:rsidR="00057178" w:rsidRPr="00670451" w:rsidRDefault="00000000">
            <w:pPr>
              <w:spacing w:line="240" w:lineRule="auto"/>
              <w:rPr>
                <w:rFonts w:ascii="Aptos" w:hAnsi="Aptos" w:cs="Segoe UI Semilight"/>
                <w:sz w:val="20"/>
                <w:szCs w:val="24"/>
              </w:rPr>
            </w:pPr>
            <w:r w:rsidRPr="00670451">
              <w:rPr>
                <w:rFonts w:ascii="Aptos" w:hAnsi="Aptos" w:cs="Segoe UI Semilight"/>
                <w:color w:val="000000"/>
                <w:sz w:val="20"/>
                <w:szCs w:val="24"/>
              </w:rPr>
              <w:t>Legal Organization Name:</w:t>
            </w:r>
          </w:p>
        </w:tc>
        <w:tc>
          <w:tcPr>
            <w:tcW w:w="7357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86DB921" w14:textId="4C4967CE" w:rsidR="00057178" w:rsidRPr="00670451" w:rsidRDefault="00057178">
            <w:pPr>
              <w:spacing w:line="240" w:lineRule="auto"/>
              <w:rPr>
                <w:rFonts w:ascii="Aptos" w:hAnsi="Aptos" w:cs="Segoe UI Semilight"/>
              </w:rPr>
            </w:pPr>
          </w:p>
        </w:tc>
      </w:tr>
      <w:tr w:rsidR="00057178" w:rsidRPr="00670451" w14:paraId="1AC892B6" w14:textId="77777777" w:rsidTr="00670451">
        <w:trPr>
          <w:jc w:val="center"/>
        </w:trPr>
        <w:tc>
          <w:tcPr>
            <w:tcW w:w="2467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1F5D9D" w14:textId="77777777" w:rsidR="00057178" w:rsidRPr="00670451" w:rsidRDefault="00000000">
            <w:pPr>
              <w:spacing w:line="240" w:lineRule="auto"/>
              <w:rPr>
                <w:rFonts w:ascii="Aptos" w:hAnsi="Aptos" w:cs="Segoe UI Semilight"/>
                <w:sz w:val="20"/>
                <w:szCs w:val="24"/>
              </w:rPr>
            </w:pPr>
            <w:r w:rsidRPr="00670451">
              <w:rPr>
                <w:rFonts w:ascii="Aptos" w:hAnsi="Aptos" w:cs="Segoe UI Semilight"/>
                <w:color w:val="000000"/>
                <w:sz w:val="20"/>
                <w:szCs w:val="24"/>
              </w:rPr>
              <w:t>Communication Request</w:t>
            </w:r>
            <w:r w:rsidRPr="00670451">
              <w:rPr>
                <w:rFonts w:ascii="Aptos" w:hAnsi="Aptos" w:cs="Segoe UI Semilight"/>
                <w:color w:val="000000"/>
                <w:sz w:val="20"/>
                <w:szCs w:val="24"/>
              </w:rPr>
              <w:br/>
              <w:t>Submission Date:</w:t>
            </w:r>
          </w:p>
        </w:tc>
        <w:tc>
          <w:tcPr>
            <w:tcW w:w="7357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57363D" w14:textId="37203309" w:rsidR="00057178" w:rsidRPr="00670451" w:rsidRDefault="00057178">
            <w:pPr>
              <w:spacing w:line="240" w:lineRule="auto"/>
              <w:rPr>
                <w:rFonts w:ascii="Aptos" w:hAnsi="Aptos" w:cs="Segoe UI Semilight"/>
              </w:rPr>
            </w:pPr>
          </w:p>
        </w:tc>
      </w:tr>
    </w:tbl>
    <w:p w14:paraId="1BB10DB6" w14:textId="77777777" w:rsidR="00057178" w:rsidRPr="00670451" w:rsidRDefault="00000000" w:rsidP="00015CC3">
      <w:pPr>
        <w:pStyle w:val="Heading2"/>
        <w:rPr>
          <w:rFonts w:ascii="Aptos SemiBold" w:hAnsi="Aptos SemiBold"/>
          <w:b w:val="0"/>
          <w:bCs w:val="0"/>
          <w:color w:val="107F8A" w:themeColor="accent5"/>
          <w:sz w:val="32"/>
          <w:szCs w:val="32"/>
        </w:rPr>
      </w:pPr>
      <w:r w:rsidRPr="00670451">
        <w:rPr>
          <w:rFonts w:ascii="Aptos SemiBold" w:hAnsi="Aptos SemiBold"/>
          <w:b w:val="0"/>
          <w:bCs w:val="0"/>
          <w:color w:val="107F8A" w:themeColor="accent5"/>
          <w:sz w:val="32"/>
          <w:szCs w:val="32"/>
        </w:rPr>
        <w:t>Communication Request Details</w:t>
      </w:r>
    </w:p>
    <w:p w14:paraId="7267BE6E" w14:textId="77777777" w:rsidR="00057178" w:rsidRPr="00670451" w:rsidRDefault="00000000">
      <w:pPr>
        <w:spacing w:after="100"/>
        <w:rPr>
          <w:rFonts w:ascii="Aptos" w:hAnsi="Aptos" w:cstheme="majorHAnsi"/>
          <w:b/>
        </w:rPr>
      </w:pPr>
      <w:r w:rsidRPr="00670451">
        <w:rPr>
          <w:rFonts w:ascii="Aptos" w:hAnsi="Aptos" w:cstheme="majorHAnsi"/>
          <w:b/>
        </w:rPr>
        <w:t>Please complete section(s) A and/or B as appropriate for your request.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"/>
        <w:gridCol w:w="562"/>
        <w:gridCol w:w="709"/>
        <w:gridCol w:w="1281"/>
        <w:gridCol w:w="1266"/>
        <w:gridCol w:w="6160"/>
        <w:gridCol w:w="6"/>
        <w:gridCol w:w="10"/>
      </w:tblGrid>
      <w:tr w:rsidR="00015CC3" w:rsidRPr="00670451" w14:paraId="7EF758F0" w14:textId="77777777" w:rsidTr="004004CF">
        <w:trPr>
          <w:gridBefore w:val="1"/>
          <w:wBefore w:w="10" w:type="dxa"/>
          <w:trHeight w:val="638"/>
          <w:jc w:val="center"/>
        </w:trPr>
        <w:tc>
          <w:tcPr>
            <w:tcW w:w="562" w:type="dxa"/>
            <w:tcBorders>
              <w:bottom w:val="single" w:sz="6" w:space="0" w:color="000000"/>
              <w:right w:val="nil"/>
            </w:tcBorders>
            <w:shd w:val="clear" w:color="auto" w:fill="17637D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54D2E832" w14:textId="0712B794" w:rsidR="00015CC3" w:rsidRPr="00670451" w:rsidRDefault="00015CC3" w:rsidP="00670451">
            <w:pPr>
              <w:spacing w:line="240" w:lineRule="auto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Cs/>
                <w:color w:val="FFFFFF"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 w:cstheme="minorHAnsi"/>
                  <w:bCs/>
                  <w:color w:val="FFFFFF"/>
                  <w:sz w:val="28"/>
                  <w:szCs w:val="28"/>
                </w:rPr>
                <w:id w:val="14467309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004CF">
                  <w:rPr>
                    <w:rFonts w:ascii="MS Gothic" w:eastAsia="MS Gothic" w:hAnsi="MS Gothic" w:cstheme="minorHAnsi" w:hint="eastAsia"/>
                    <w:bCs/>
                    <w:color w:val="FFFFFF"/>
                    <w:sz w:val="28"/>
                    <w:szCs w:val="28"/>
                  </w:rPr>
                  <w:t>☒</w:t>
                </w:r>
              </w:sdtContent>
            </w:sdt>
            <w:r w:rsidRPr="00670451">
              <w:rPr>
                <w:rFonts w:ascii="Aptos" w:hAnsi="Aptos" w:cstheme="minorHAnsi"/>
                <w:bCs/>
                <w:color w:val="FFFFFF"/>
                <w:sz w:val="28"/>
                <w:szCs w:val="28"/>
              </w:rPr>
              <w:t xml:space="preserve">  </w:t>
            </w:r>
          </w:p>
        </w:tc>
        <w:tc>
          <w:tcPr>
            <w:tcW w:w="9432" w:type="dxa"/>
            <w:gridSpan w:val="6"/>
            <w:tcBorders>
              <w:left w:val="nil"/>
              <w:bottom w:val="single" w:sz="6" w:space="0" w:color="000000"/>
              <w:right w:val="single" w:sz="4" w:space="0" w:color="auto"/>
            </w:tcBorders>
            <w:shd w:val="clear" w:color="auto" w:fill="17637D"/>
          </w:tcPr>
          <w:p w14:paraId="15684B40" w14:textId="77777777" w:rsidR="00015CC3" w:rsidRPr="00670451" w:rsidRDefault="00015CC3">
            <w:pPr>
              <w:rPr>
                <w:rFonts w:ascii="Aptos ExtraBold" w:hAnsi="Aptos ExtraBold" w:cstheme="minorHAnsi"/>
                <w:bCs/>
                <w:i/>
                <w:color w:val="FFFFFF"/>
                <w:sz w:val="20"/>
                <w:szCs w:val="20"/>
              </w:rPr>
            </w:pPr>
            <w:r w:rsidRPr="00670451">
              <w:rPr>
                <w:rFonts w:ascii="Aptos ExtraBold" w:hAnsi="Aptos ExtraBold" w:cstheme="minorHAnsi"/>
                <w:bCs/>
                <w:color w:val="FFFFFF"/>
                <w:sz w:val="20"/>
                <w:szCs w:val="20"/>
              </w:rPr>
              <w:t>PUBLIC AND/OR MEDIA EVENTS</w:t>
            </w:r>
          </w:p>
          <w:p w14:paraId="11016E76" w14:textId="5D1B8587" w:rsidR="00015CC3" w:rsidRPr="00670451" w:rsidRDefault="00015CC3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Cs/>
                <w:i/>
                <w:color w:val="FFFFFF"/>
                <w:sz w:val="20"/>
                <w:szCs w:val="20"/>
              </w:rPr>
              <w:t>(To be filled when events, announcements, interviews, or news releases will occur)</w:t>
            </w:r>
          </w:p>
        </w:tc>
      </w:tr>
      <w:tr w:rsidR="00057178" w:rsidRPr="00670451" w14:paraId="361D313E" w14:textId="77777777" w:rsidTr="004004CF">
        <w:trPr>
          <w:gridBefore w:val="1"/>
          <w:wBefore w:w="10" w:type="dxa"/>
          <w:jc w:val="center"/>
        </w:trPr>
        <w:tc>
          <w:tcPr>
            <w:tcW w:w="9994" w:type="dxa"/>
            <w:gridSpan w:val="7"/>
            <w:tcBorders>
              <w:bottom w:val="single" w:sz="6" w:space="0" w:color="000000"/>
              <w:right w:val="single" w:sz="4" w:space="0" w:color="auto"/>
            </w:tcBorders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1BF89A" w14:textId="77777777" w:rsidR="00057178" w:rsidRPr="00670451" w:rsidRDefault="0000000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/>
                <w:sz w:val="20"/>
                <w:szCs w:val="20"/>
              </w:rPr>
              <w:t>Event Details</w:t>
            </w:r>
          </w:p>
        </w:tc>
      </w:tr>
      <w:tr w:rsidR="00015CC3" w:rsidRPr="00670451" w14:paraId="4C685931" w14:textId="77777777" w:rsidTr="004004CF">
        <w:trPr>
          <w:gridBefore w:val="1"/>
          <w:gridAfter w:val="2"/>
          <w:wBefore w:w="10" w:type="dxa"/>
          <w:wAfter w:w="16" w:type="dxa"/>
          <w:trHeight w:val="57"/>
          <w:jc w:val="center"/>
        </w:trPr>
        <w:tc>
          <w:tcPr>
            <w:tcW w:w="2552" w:type="dxa"/>
            <w:gridSpan w:val="3"/>
            <w:tcBorders>
              <w:bottom w:val="single" w:sz="6" w:space="0" w:color="000000"/>
            </w:tcBorders>
            <w:tcMar>
              <w:top w:w="80" w:type="dxa"/>
              <w:left w:w="90" w:type="dxa"/>
              <w:bottom w:w="65" w:type="dxa"/>
              <w:right w:w="90" w:type="dxa"/>
            </w:tcMar>
          </w:tcPr>
          <w:p w14:paraId="23F695B2" w14:textId="77777777" w:rsidR="00015CC3" w:rsidRPr="00670451" w:rsidRDefault="00015CC3" w:rsidP="00015CC3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Cs/>
                <w:sz w:val="20"/>
                <w:szCs w:val="20"/>
              </w:rPr>
              <w:t>Event Name:</w:t>
            </w:r>
            <w:r w:rsidRPr="00670451">
              <w:rPr>
                <w:rFonts w:ascii="Aptos" w:hAnsi="Aptos" w:cstheme="minorHAnsi"/>
                <w:bCs/>
                <w:color w:val="666666"/>
                <w:sz w:val="20"/>
                <w:szCs w:val="20"/>
              </w:rPr>
              <w:tab/>
            </w:r>
          </w:p>
        </w:tc>
        <w:tc>
          <w:tcPr>
            <w:tcW w:w="7426" w:type="dxa"/>
            <w:gridSpan w:val="2"/>
            <w:tcBorders>
              <w:bottom w:val="single" w:sz="6" w:space="0" w:color="000000"/>
              <w:right w:val="single" w:sz="4" w:space="0" w:color="auto"/>
            </w:tcBorders>
          </w:tcPr>
          <w:p w14:paraId="78AE2903" w14:textId="03B149CA" w:rsidR="00015CC3" w:rsidRPr="00670451" w:rsidRDefault="00015CC3" w:rsidP="00015CC3">
            <w:pPr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  <w:tr w:rsidR="00015CC3" w:rsidRPr="00670451" w14:paraId="3978E740" w14:textId="77777777" w:rsidTr="004004CF">
        <w:trPr>
          <w:gridBefore w:val="1"/>
          <w:gridAfter w:val="2"/>
          <w:wBefore w:w="10" w:type="dxa"/>
          <w:wAfter w:w="16" w:type="dxa"/>
          <w:trHeight w:val="57"/>
          <w:jc w:val="center"/>
        </w:trPr>
        <w:tc>
          <w:tcPr>
            <w:tcW w:w="2552" w:type="dxa"/>
            <w:gridSpan w:val="3"/>
            <w:tcBorders>
              <w:bottom w:val="single" w:sz="6" w:space="0" w:color="000000"/>
            </w:tcBorders>
            <w:tcMar>
              <w:top w:w="80" w:type="dxa"/>
              <w:left w:w="90" w:type="dxa"/>
              <w:bottom w:w="65" w:type="dxa"/>
              <w:right w:w="90" w:type="dxa"/>
            </w:tcMar>
          </w:tcPr>
          <w:p w14:paraId="26373FC9" w14:textId="24DA002B" w:rsidR="00015CC3" w:rsidRPr="00670451" w:rsidRDefault="00015CC3" w:rsidP="00015CC3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Cs/>
                <w:sz w:val="20"/>
                <w:szCs w:val="20"/>
              </w:rPr>
              <w:t>Event Type:</w:t>
            </w:r>
          </w:p>
        </w:tc>
        <w:tc>
          <w:tcPr>
            <w:tcW w:w="7426" w:type="dxa"/>
            <w:gridSpan w:val="2"/>
            <w:tcBorders>
              <w:bottom w:val="single" w:sz="6" w:space="0" w:color="000000"/>
              <w:right w:val="single" w:sz="4" w:space="0" w:color="auto"/>
            </w:tcBorders>
          </w:tcPr>
          <w:p w14:paraId="58185B71" w14:textId="3F492187" w:rsidR="00015CC3" w:rsidRPr="00670451" w:rsidRDefault="00015CC3" w:rsidP="00015CC3">
            <w:pPr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  <w:tr w:rsidR="00015CC3" w:rsidRPr="00670451" w14:paraId="02982E7B" w14:textId="77777777" w:rsidTr="004004CF">
        <w:trPr>
          <w:gridBefore w:val="1"/>
          <w:gridAfter w:val="2"/>
          <w:wBefore w:w="10" w:type="dxa"/>
          <w:wAfter w:w="16" w:type="dxa"/>
          <w:trHeight w:val="57"/>
          <w:jc w:val="center"/>
        </w:trPr>
        <w:tc>
          <w:tcPr>
            <w:tcW w:w="2552" w:type="dxa"/>
            <w:gridSpan w:val="3"/>
            <w:tcBorders>
              <w:bottom w:val="single" w:sz="6" w:space="0" w:color="000000"/>
            </w:tcBorders>
            <w:tcMar>
              <w:top w:w="80" w:type="dxa"/>
              <w:left w:w="90" w:type="dxa"/>
              <w:bottom w:w="65" w:type="dxa"/>
              <w:right w:w="90" w:type="dxa"/>
            </w:tcMar>
          </w:tcPr>
          <w:p w14:paraId="77DCBCDC" w14:textId="5A4531E9" w:rsidR="00015CC3" w:rsidRPr="00670451" w:rsidRDefault="00015CC3" w:rsidP="00015CC3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Cs/>
                <w:sz w:val="20"/>
                <w:szCs w:val="20"/>
              </w:rPr>
              <w:t>Event Date &amp; Time:</w:t>
            </w:r>
          </w:p>
        </w:tc>
        <w:tc>
          <w:tcPr>
            <w:tcW w:w="7426" w:type="dxa"/>
            <w:gridSpan w:val="2"/>
            <w:tcBorders>
              <w:bottom w:val="single" w:sz="6" w:space="0" w:color="000000"/>
              <w:right w:val="single" w:sz="4" w:space="0" w:color="auto"/>
            </w:tcBorders>
          </w:tcPr>
          <w:p w14:paraId="6E4C5CFC" w14:textId="7B63143A" w:rsidR="00015CC3" w:rsidRPr="00670451" w:rsidRDefault="00015CC3" w:rsidP="00015CC3">
            <w:pPr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  <w:tr w:rsidR="00015CC3" w:rsidRPr="00670451" w14:paraId="482B823A" w14:textId="77777777" w:rsidTr="004004CF">
        <w:trPr>
          <w:gridBefore w:val="1"/>
          <w:gridAfter w:val="2"/>
          <w:wBefore w:w="10" w:type="dxa"/>
          <w:wAfter w:w="16" w:type="dxa"/>
          <w:trHeight w:val="57"/>
          <w:jc w:val="center"/>
        </w:trPr>
        <w:tc>
          <w:tcPr>
            <w:tcW w:w="2552" w:type="dxa"/>
            <w:gridSpan w:val="3"/>
            <w:tcBorders>
              <w:bottom w:val="single" w:sz="6" w:space="0" w:color="000000"/>
            </w:tcBorders>
            <w:tcMar>
              <w:top w:w="80" w:type="dxa"/>
              <w:left w:w="90" w:type="dxa"/>
              <w:bottom w:w="65" w:type="dxa"/>
              <w:right w:w="90" w:type="dxa"/>
            </w:tcMar>
          </w:tcPr>
          <w:p w14:paraId="65F7B7FB" w14:textId="093DD9D2" w:rsidR="00015CC3" w:rsidRPr="00670451" w:rsidRDefault="00015CC3" w:rsidP="00015CC3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Cs/>
                <w:sz w:val="20"/>
                <w:szCs w:val="20"/>
              </w:rPr>
              <w:t>Event Location:</w:t>
            </w:r>
          </w:p>
        </w:tc>
        <w:tc>
          <w:tcPr>
            <w:tcW w:w="7426" w:type="dxa"/>
            <w:gridSpan w:val="2"/>
            <w:tcBorders>
              <w:bottom w:val="single" w:sz="6" w:space="0" w:color="000000"/>
              <w:right w:val="single" w:sz="4" w:space="0" w:color="auto"/>
            </w:tcBorders>
          </w:tcPr>
          <w:p w14:paraId="233BCCC6" w14:textId="7CBC7C41" w:rsidR="00015CC3" w:rsidRPr="00670451" w:rsidRDefault="00015CC3" w:rsidP="00015CC3">
            <w:pPr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  <w:tr w:rsidR="00057178" w:rsidRPr="00670451" w14:paraId="7A0F6BC9" w14:textId="77777777" w:rsidTr="004004CF">
        <w:trPr>
          <w:gridBefore w:val="1"/>
          <w:wBefore w:w="10" w:type="dxa"/>
          <w:jc w:val="center"/>
        </w:trPr>
        <w:tc>
          <w:tcPr>
            <w:tcW w:w="9994" w:type="dxa"/>
            <w:gridSpan w:val="7"/>
            <w:tcBorders>
              <w:bottom w:val="single" w:sz="6" w:space="0" w:color="000000"/>
              <w:right w:val="single" w:sz="4" w:space="0" w:color="auto"/>
            </w:tcBorders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16DC55" w14:textId="77777777" w:rsidR="00057178" w:rsidRPr="00670451" w:rsidRDefault="00000000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/>
                <w:sz w:val="20"/>
                <w:szCs w:val="20"/>
              </w:rPr>
              <w:t>Event Details GoA Participation Request</w:t>
            </w:r>
            <w:r w:rsidRPr="00670451">
              <w:rPr>
                <w:rFonts w:ascii="Aptos" w:hAnsi="Aptos" w:cstheme="minorHAnsi"/>
                <w:bCs/>
                <w:i/>
                <w:sz w:val="20"/>
                <w:szCs w:val="20"/>
              </w:rPr>
              <w:br/>
              <w:t>Indicate what is being requested:</w:t>
            </w:r>
          </w:p>
        </w:tc>
      </w:tr>
      <w:tr w:rsidR="00057178" w:rsidRPr="00670451" w14:paraId="6EA174CC" w14:textId="77777777" w:rsidTr="004004CF">
        <w:trPr>
          <w:gridBefore w:val="1"/>
          <w:wBefore w:w="10" w:type="dxa"/>
          <w:jc w:val="center"/>
        </w:trPr>
        <w:tc>
          <w:tcPr>
            <w:tcW w:w="9994" w:type="dxa"/>
            <w:gridSpan w:val="7"/>
            <w:tcBorders>
              <w:bottom w:val="single" w:sz="6" w:space="0" w:color="000000"/>
              <w:right w:val="single" w:sz="4" w:space="0" w:color="auto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C64B1B" w14:textId="48ABB889" w:rsidR="00015CC3" w:rsidRPr="00670451" w:rsidRDefault="00000000">
            <w:pPr>
              <w:spacing w:line="252" w:lineRule="auto"/>
              <w:rPr>
                <w:rFonts w:ascii="Aptos" w:hAnsi="Aptos" w:cstheme="minorHAnsi"/>
                <w:bCs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bCs/>
                  <w:sz w:val="20"/>
                  <w:szCs w:val="20"/>
                </w:rPr>
                <w:id w:val="193833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CC3" w:rsidRPr="00670451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15CC3" w:rsidRPr="00670451">
              <w:rPr>
                <w:rFonts w:ascii="Aptos" w:hAnsi="Aptos" w:cstheme="minorHAnsi"/>
                <w:bCs/>
                <w:sz w:val="20"/>
                <w:szCs w:val="20"/>
              </w:rPr>
              <w:t xml:space="preserve"> Province or Province’s Representative speaking opportunity</w:t>
            </w:r>
            <w:r w:rsidR="00015CC3" w:rsidRPr="00670451">
              <w:rPr>
                <w:rFonts w:ascii="Aptos" w:hAnsi="Aptos" w:cstheme="minorHAnsi"/>
                <w:bCs/>
                <w:sz w:val="20"/>
                <w:szCs w:val="20"/>
              </w:rPr>
              <w:br/>
            </w:r>
            <w:sdt>
              <w:sdtPr>
                <w:rPr>
                  <w:rFonts w:ascii="Aptos" w:hAnsi="Aptos" w:cstheme="minorHAnsi"/>
                  <w:bCs/>
                  <w:sz w:val="20"/>
                  <w:szCs w:val="20"/>
                </w:rPr>
                <w:id w:val="-131594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CC3" w:rsidRPr="00670451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15CC3" w:rsidRPr="00670451">
              <w:rPr>
                <w:rFonts w:ascii="Aptos" w:hAnsi="Aptos" w:cstheme="minorHAnsi"/>
                <w:bCs/>
                <w:sz w:val="20"/>
                <w:szCs w:val="20"/>
              </w:rPr>
              <w:t xml:space="preserve"> Province or Province’s Representative attendance</w:t>
            </w:r>
          </w:p>
          <w:p w14:paraId="3CA70617" w14:textId="354B54EC" w:rsidR="00057178" w:rsidRPr="00670451" w:rsidRDefault="00000000">
            <w:pPr>
              <w:spacing w:line="252" w:lineRule="auto"/>
              <w:rPr>
                <w:rFonts w:ascii="Aptos" w:hAnsi="Aptos" w:cstheme="minorHAnsi"/>
                <w:bCs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bCs/>
                  <w:sz w:val="20"/>
                  <w:szCs w:val="20"/>
                </w:rPr>
                <w:id w:val="100138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5CC3" w:rsidRPr="00670451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15CC3" w:rsidRPr="00670451">
              <w:rPr>
                <w:rFonts w:ascii="Aptos" w:hAnsi="Aptos" w:cstheme="minorHAnsi"/>
                <w:bCs/>
                <w:sz w:val="20"/>
                <w:szCs w:val="20"/>
              </w:rPr>
              <w:t xml:space="preserve"> Formal message/ quotes in news release </w:t>
            </w:r>
            <w:r w:rsidR="00015CC3" w:rsidRPr="00670451">
              <w:rPr>
                <w:rFonts w:ascii="Aptos" w:hAnsi="Aptos" w:cstheme="minorHAnsi"/>
                <w:bCs/>
                <w:i/>
                <w:sz w:val="20"/>
                <w:szCs w:val="20"/>
              </w:rPr>
              <w:t>(If selected, please share the draft news release)</w:t>
            </w:r>
          </w:p>
        </w:tc>
      </w:tr>
      <w:tr w:rsidR="00015CC3" w:rsidRPr="00670451" w14:paraId="4890DFB8" w14:textId="77777777" w:rsidTr="004004CF">
        <w:trPr>
          <w:gridBefore w:val="1"/>
          <w:wBefore w:w="10" w:type="dxa"/>
          <w:jc w:val="center"/>
        </w:trPr>
        <w:tc>
          <w:tcPr>
            <w:tcW w:w="9994" w:type="dxa"/>
            <w:gridSpan w:val="7"/>
            <w:tcBorders>
              <w:bottom w:val="single" w:sz="6" w:space="0" w:color="000000"/>
              <w:right w:val="single" w:sz="4" w:space="0" w:color="auto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54A028" w14:textId="6C35CA12" w:rsidR="00015CC3" w:rsidRPr="00670451" w:rsidRDefault="00015CC3">
            <w:pPr>
              <w:spacing w:line="252" w:lineRule="auto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/>
                <w:color w:val="000000"/>
                <w:sz w:val="20"/>
                <w:szCs w:val="20"/>
              </w:rPr>
              <w:t>Public/Media Attendance Expected?</w:t>
            </w:r>
            <w:r w:rsidRP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br/>
            </w:r>
            <w:r w:rsidRPr="00670451">
              <w:rPr>
                <w:rFonts w:ascii="Aptos" w:hAnsi="Aptos" w:cstheme="minorHAnsi"/>
                <w:bCs/>
                <w:i/>
                <w:iCs/>
                <w:color w:val="000000"/>
                <w:sz w:val="20"/>
                <w:szCs w:val="20"/>
              </w:rPr>
              <w:t>(If selected ‘Yes’ and media is expected to attend, please share the media list)</w:t>
            </w:r>
          </w:p>
        </w:tc>
      </w:tr>
      <w:tr w:rsidR="00670451" w:rsidRPr="00670451" w14:paraId="01D72BF9" w14:textId="77777777" w:rsidTr="004004CF">
        <w:tblPrEx>
          <w:tblBorders>
            <w:bottom w:val="single" w:sz="6" w:space="0" w:color="000000"/>
          </w:tblBorders>
        </w:tblPrEx>
        <w:trPr>
          <w:gridBefore w:val="1"/>
          <w:wBefore w:w="10" w:type="dxa"/>
          <w:trHeight w:val="382"/>
          <w:jc w:val="center"/>
        </w:trPr>
        <w:tc>
          <w:tcPr>
            <w:tcW w:w="1271" w:type="dxa"/>
            <w:gridSpan w:val="2"/>
            <w:tcBorders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D662D5" w14:textId="77777777" w:rsidR="00670451" w:rsidRPr="00670451" w:rsidRDefault="00000000" w:rsidP="000456CC">
            <w:pPr>
              <w:spacing w:line="252" w:lineRule="auto"/>
              <w:rPr>
                <w:rFonts w:ascii="Aptos" w:hAnsi="Aptos" w:cstheme="minorHAnsi"/>
                <w:bCs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bCs/>
                  <w:sz w:val="20"/>
                  <w:szCs w:val="20"/>
                </w:rPr>
                <w:id w:val="-79698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451" w:rsidRPr="00670451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670451" w:rsidRPr="00670451">
              <w:rPr>
                <w:rFonts w:ascii="Aptos" w:hAnsi="Aptos" w:cstheme="minorHAnsi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8723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14:paraId="5D9A41B2" w14:textId="77777777" w:rsidR="00670451" w:rsidRPr="00670451" w:rsidRDefault="00000000" w:rsidP="000456CC">
            <w:pPr>
              <w:spacing w:line="252" w:lineRule="auto"/>
              <w:rPr>
                <w:rFonts w:ascii="Aptos" w:hAnsi="Aptos" w:cstheme="minorHAnsi"/>
                <w:bCs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bCs/>
                  <w:sz w:val="20"/>
                  <w:szCs w:val="20"/>
                </w:rPr>
                <w:id w:val="52552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451" w:rsidRPr="00670451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670451" w:rsidRPr="00670451">
              <w:rPr>
                <w:rFonts w:ascii="Aptos" w:hAnsi="Aptos" w:cstheme="minorHAnsi"/>
                <w:bCs/>
                <w:sz w:val="20"/>
                <w:szCs w:val="20"/>
              </w:rPr>
              <w:t xml:space="preserve"> No</w:t>
            </w:r>
          </w:p>
        </w:tc>
      </w:tr>
      <w:tr w:rsidR="00057178" w:rsidRPr="00670451" w14:paraId="56617647" w14:textId="77777777" w:rsidTr="004004CF">
        <w:tblPrEx>
          <w:tblBorders>
            <w:bottom w:val="single" w:sz="6" w:space="0" w:color="000000"/>
          </w:tblBorders>
        </w:tblPrEx>
        <w:trPr>
          <w:gridAfter w:val="1"/>
          <w:wAfter w:w="10" w:type="dxa"/>
          <w:jc w:val="center"/>
        </w:trPr>
        <w:tc>
          <w:tcPr>
            <w:tcW w:w="9994" w:type="dxa"/>
            <w:gridSpan w:val="7"/>
            <w:tcBorders>
              <w:bottom w:val="single" w:sz="6" w:space="0" w:color="000000"/>
              <w:right w:val="single" w:sz="4" w:space="0" w:color="auto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7E4673" w14:textId="2605BA87" w:rsidR="00057178" w:rsidRPr="00670451" w:rsidRDefault="00057178">
            <w:pPr>
              <w:spacing w:after="700" w:line="240" w:lineRule="auto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  <w:tr w:rsidR="00057178" w:rsidRPr="00670451" w14:paraId="427CE964" w14:textId="77777777" w:rsidTr="004004CF">
        <w:tblPrEx>
          <w:tblBorders>
            <w:bottom w:val="single" w:sz="6" w:space="0" w:color="000000"/>
          </w:tblBorders>
        </w:tblPrEx>
        <w:trPr>
          <w:gridAfter w:val="1"/>
          <w:wAfter w:w="10" w:type="dxa"/>
          <w:trHeight w:val="563"/>
          <w:jc w:val="center"/>
        </w:trPr>
        <w:tc>
          <w:tcPr>
            <w:tcW w:w="9994" w:type="dxa"/>
            <w:gridSpan w:val="7"/>
            <w:tcBorders>
              <w:right w:val="single" w:sz="4" w:space="0" w:color="auto"/>
            </w:tcBorders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036D16" w14:textId="26CCBE28" w:rsidR="00057178" w:rsidRPr="00670451" w:rsidRDefault="00000000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Additional Note:</w:t>
            </w:r>
            <w:r w:rsidR="004004CF">
              <w:rPr>
                <w:rFonts w:ascii="Aptos" w:hAnsi="Aptos" w:cstheme="minorHAnsi"/>
                <w:bCs/>
                <w:i/>
                <w:sz w:val="20"/>
                <w:szCs w:val="20"/>
              </w:rPr>
              <w:t xml:space="preserve"> </w:t>
            </w:r>
            <w:r w:rsidRPr="00670451">
              <w:rPr>
                <w:rFonts w:ascii="Aptos" w:hAnsi="Aptos" w:cstheme="minorHAnsi"/>
                <w:bCs/>
                <w:i/>
                <w:sz w:val="20"/>
                <w:szCs w:val="20"/>
              </w:rPr>
              <w:t>Use this section to add details or information relevant to your request.</w:t>
            </w:r>
          </w:p>
        </w:tc>
      </w:tr>
      <w:tr w:rsidR="00057178" w:rsidRPr="00670451" w14:paraId="58D274E1" w14:textId="77777777" w:rsidTr="004004CF">
        <w:tblPrEx>
          <w:tblBorders>
            <w:bottom w:val="single" w:sz="6" w:space="0" w:color="000000"/>
          </w:tblBorders>
        </w:tblPrEx>
        <w:trPr>
          <w:gridAfter w:val="1"/>
          <w:wAfter w:w="10" w:type="dxa"/>
          <w:trHeight w:val="926"/>
          <w:jc w:val="center"/>
        </w:trPr>
        <w:tc>
          <w:tcPr>
            <w:tcW w:w="9994" w:type="dxa"/>
            <w:gridSpan w:val="7"/>
            <w:tcBorders>
              <w:right w:val="single" w:sz="4" w:space="0" w:color="auto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1279AB" w14:textId="64002C9E" w:rsidR="00057178" w:rsidRPr="00670451" w:rsidRDefault="00057178">
            <w:pPr>
              <w:spacing w:after="560" w:line="240" w:lineRule="auto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  <w:tr w:rsidR="00206C72" w:rsidRPr="00670451" w14:paraId="04CAD366" w14:textId="77777777" w:rsidTr="004004CF">
        <w:trPr>
          <w:gridBefore w:val="1"/>
          <w:wBefore w:w="10" w:type="dxa"/>
          <w:trHeight w:val="874"/>
          <w:jc w:val="center"/>
        </w:trPr>
        <w:tc>
          <w:tcPr>
            <w:tcW w:w="562" w:type="dxa"/>
            <w:tcBorders>
              <w:bottom w:val="single" w:sz="6" w:space="0" w:color="000000"/>
            </w:tcBorders>
            <w:shd w:val="clear" w:color="auto" w:fill="17637D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2F95806" w14:textId="77777777" w:rsidR="00206C72" w:rsidRPr="00670451" w:rsidRDefault="00206C72" w:rsidP="000456CC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Cs/>
                <w:color w:val="FFFFFF"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 w:cstheme="minorHAnsi"/>
                  <w:bCs/>
                  <w:color w:val="FFFFFF"/>
                  <w:sz w:val="28"/>
                  <w:szCs w:val="28"/>
                </w:rPr>
                <w:id w:val="884449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70451">
                  <w:rPr>
                    <w:rFonts w:ascii="Aptos" w:eastAsia="MS Gothic" w:hAnsi="Aptos" w:cs="Segoe UI Symbol"/>
                    <w:bCs/>
                    <w:color w:val="FFFFFF"/>
                    <w:sz w:val="28"/>
                    <w:szCs w:val="28"/>
                  </w:rPr>
                  <w:t>☐</w:t>
                </w:r>
              </w:sdtContent>
            </w:sdt>
            <w:r w:rsidRPr="00670451">
              <w:rPr>
                <w:rFonts w:ascii="Aptos" w:hAnsi="Aptos" w:cstheme="minorHAnsi"/>
                <w:bCs/>
                <w:color w:val="FFFFFF"/>
                <w:sz w:val="28"/>
                <w:szCs w:val="28"/>
              </w:rPr>
              <w:t xml:space="preserve">  </w:t>
            </w:r>
          </w:p>
        </w:tc>
        <w:tc>
          <w:tcPr>
            <w:tcW w:w="9432" w:type="dxa"/>
            <w:gridSpan w:val="6"/>
            <w:tcBorders>
              <w:bottom w:val="single" w:sz="6" w:space="0" w:color="000000"/>
              <w:right w:val="single" w:sz="4" w:space="0" w:color="auto"/>
            </w:tcBorders>
            <w:shd w:val="clear" w:color="auto" w:fill="17637D"/>
          </w:tcPr>
          <w:p w14:paraId="1817A12D" w14:textId="77777777" w:rsidR="00206C72" w:rsidRPr="00670451" w:rsidRDefault="00206C72" w:rsidP="000456CC">
            <w:pPr>
              <w:rPr>
                <w:rFonts w:ascii="Aptos ExtraBold" w:hAnsi="Aptos ExtraBold" w:cstheme="minorHAnsi"/>
                <w:bCs/>
                <w:color w:val="FFFFFF"/>
                <w:sz w:val="20"/>
                <w:szCs w:val="20"/>
              </w:rPr>
            </w:pPr>
            <w:r w:rsidRPr="00670451">
              <w:rPr>
                <w:rFonts w:ascii="Aptos ExtraBold" w:hAnsi="Aptos ExtraBold" w:cstheme="minorHAnsi"/>
                <w:bCs/>
                <w:color w:val="FFFFFF"/>
                <w:sz w:val="20"/>
                <w:szCs w:val="20"/>
              </w:rPr>
              <w:t xml:space="preserve">ADVERTISING &amp; PUBLICATION </w:t>
            </w:r>
          </w:p>
          <w:p w14:paraId="5D89A6A4" w14:textId="4F435D41" w:rsidR="00206C72" w:rsidRPr="00670451" w:rsidRDefault="00206C72" w:rsidP="000456CC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Cs/>
                <w:i/>
                <w:color w:val="FFFFFF"/>
                <w:sz w:val="20"/>
                <w:szCs w:val="20"/>
              </w:rPr>
              <w:t xml:space="preserve">(To be </w:t>
            </w:r>
            <w:proofErr w:type="gramStart"/>
            <w:r w:rsidRPr="00670451">
              <w:rPr>
                <w:rFonts w:ascii="Aptos" w:hAnsi="Aptos" w:cstheme="minorHAnsi"/>
                <w:bCs/>
                <w:i/>
                <w:color w:val="FFFFFF"/>
                <w:sz w:val="20"/>
                <w:szCs w:val="20"/>
              </w:rPr>
              <w:t>filled</w:t>
            </w:r>
            <w:proofErr w:type="gramEnd"/>
            <w:r w:rsidRPr="00670451">
              <w:rPr>
                <w:rFonts w:ascii="Aptos" w:hAnsi="Aptos" w:cstheme="minorHAnsi"/>
                <w:bCs/>
                <w:i/>
                <w:color w:val="FFFFFF"/>
                <w:sz w:val="20"/>
                <w:szCs w:val="20"/>
              </w:rPr>
              <w:t xml:space="preserve"> when planning the placement of paid or unpaid advertisements, editorial features, or updates to the </w:t>
            </w:r>
            <w:proofErr w:type="gramStart"/>
            <w:r w:rsidRPr="00670451">
              <w:rPr>
                <w:rFonts w:ascii="Aptos" w:hAnsi="Aptos" w:cstheme="minorHAnsi"/>
                <w:bCs/>
                <w:i/>
                <w:color w:val="FFFFFF"/>
                <w:sz w:val="20"/>
                <w:szCs w:val="20"/>
              </w:rPr>
              <w:t>organization’s</w:t>
            </w:r>
            <w:proofErr w:type="gramEnd"/>
            <w:r w:rsidRPr="00670451">
              <w:rPr>
                <w:rFonts w:ascii="Aptos" w:hAnsi="Aptos" w:cstheme="minorHAnsi"/>
                <w:bCs/>
                <w:i/>
                <w:color w:val="FFFFFF"/>
                <w:sz w:val="20"/>
                <w:szCs w:val="20"/>
              </w:rPr>
              <w:t xml:space="preserve"> or project’s website.)</w:t>
            </w:r>
          </w:p>
        </w:tc>
      </w:tr>
      <w:tr w:rsidR="00057178" w:rsidRPr="00670451" w14:paraId="5FEB3B08" w14:textId="77777777" w:rsidTr="004004CF">
        <w:tblPrEx>
          <w:tblBorders>
            <w:bottom w:val="single" w:sz="6" w:space="0" w:color="000000"/>
          </w:tblBorders>
        </w:tblPrEx>
        <w:trPr>
          <w:gridBefore w:val="1"/>
          <w:wBefore w:w="10" w:type="dxa"/>
          <w:jc w:val="center"/>
        </w:trPr>
        <w:tc>
          <w:tcPr>
            <w:tcW w:w="9994" w:type="dxa"/>
            <w:gridSpan w:val="7"/>
            <w:tcBorders>
              <w:right w:val="single" w:sz="4" w:space="0" w:color="auto"/>
            </w:tcBorders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CBA7A5" w14:textId="77777777" w:rsidR="00057178" w:rsidRPr="00670451" w:rsidRDefault="00000000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/>
                <w:sz w:val="20"/>
                <w:szCs w:val="20"/>
              </w:rPr>
              <w:t>Advertising Overview</w:t>
            </w:r>
            <w:r w:rsidRPr="00670451">
              <w:rPr>
                <w:rFonts w:ascii="Aptos" w:hAnsi="Aptos" w:cstheme="minorHAnsi"/>
                <w:bCs/>
                <w:i/>
                <w:sz w:val="20"/>
                <w:szCs w:val="20"/>
              </w:rPr>
              <w:br/>
              <w:t>Please select ALL applicable options.</w:t>
            </w:r>
          </w:p>
        </w:tc>
      </w:tr>
      <w:tr w:rsidR="00670451" w:rsidRPr="00670451" w14:paraId="78C20B5D" w14:textId="77777777" w:rsidTr="004004CF">
        <w:tblPrEx>
          <w:tblBorders>
            <w:bottom w:val="single" w:sz="6" w:space="0" w:color="000000"/>
          </w:tblBorders>
        </w:tblPrEx>
        <w:trPr>
          <w:gridBefore w:val="1"/>
          <w:wBefore w:w="10" w:type="dxa"/>
          <w:jc w:val="center"/>
        </w:trPr>
        <w:tc>
          <w:tcPr>
            <w:tcW w:w="9994" w:type="dxa"/>
            <w:gridSpan w:val="7"/>
            <w:tcBorders>
              <w:bottom w:val="single" w:sz="6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47B1FA" w14:textId="1D4B6A5A" w:rsidR="00670451" w:rsidRDefault="00000000">
            <w:pPr>
              <w:spacing w:line="240" w:lineRule="auto"/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bCs/>
                  <w:color w:val="000000"/>
                  <w:sz w:val="20"/>
                  <w:szCs w:val="20"/>
                </w:rPr>
                <w:id w:val="496239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451">
                  <w:rPr>
                    <w:rFonts w:ascii="MS Gothic" w:eastAsia="MS Gothic" w:hAnsi="MS Gothic" w:cstheme="minorHAnsi" w:hint="eastAsia"/>
                    <w:bCs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="00670451" w:rsidRP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t>Print</w:t>
            </w:r>
            <w:r w:rsidR="00670451" w:rsidRP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br/>
            </w:r>
            <w:sdt>
              <w:sdtPr>
                <w:rPr>
                  <w:rFonts w:ascii="Aptos" w:hAnsi="Aptos" w:cstheme="minorHAnsi"/>
                  <w:bCs/>
                  <w:color w:val="000000"/>
                  <w:sz w:val="20"/>
                  <w:szCs w:val="20"/>
                </w:rPr>
                <w:id w:val="-2088675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451">
                  <w:rPr>
                    <w:rFonts w:ascii="MS Gothic" w:eastAsia="MS Gothic" w:hAnsi="MS Gothic" w:cstheme="minorHAnsi" w:hint="eastAsia"/>
                    <w:bCs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="00670451" w:rsidRP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t>Digital</w:t>
            </w:r>
            <w:r w:rsidR="00670451" w:rsidRP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br/>
            </w:r>
            <w:sdt>
              <w:sdtPr>
                <w:rPr>
                  <w:rFonts w:ascii="Aptos" w:hAnsi="Aptos" w:cstheme="minorHAnsi"/>
                  <w:bCs/>
                  <w:color w:val="000000"/>
                  <w:sz w:val="20"/>
                  <w:szCs w:val="20"/>
                </w:rPr>
                <w:id w:val="-48840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451">
                  <w:rPr>
                    <w:rFonts w:ascii="MS Gothic" w:eastAsia="MS Gothic" w:hAnsi="MS Gothic" w:cstheme="minorHAnsi" w:hint="eastAsia"/>
                    <w:bCs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="00670451" w:rsidRP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t>Special supplements / editions</w:t>
            </w:r>
          </w:p>
          <w:p w14:paraId="6B5F6FF2" w14:textId="335FCC85" w:rsidR="00670451" w:rsidRPr="00670451" w:rsidRDefault="00000000" w:rsidP="00670451">
            <w:pPr>
              <w:spacing w:line="240" w:lineRule="auto"/>
              <w:rPr>
                <w:rFonts w:ascii="Aptos" w:hAnsi="Aptos" w:cstheme="minorHAnsi"/>
                <w:bCs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bCs/>
                  <w:sz w:val="20"/>
                  <w:szCs w:val="20"/>
                </w:rPr>
                <w:id w:val="-1007740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451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670451">
              <w:rPr>
                <w:rFonts w:ascii="Aptos" w:hAnsi="Aptos" w:cstheme="minorHAnsi"/>
                <w:bCs/>
                <w:sz w:val="20"/>
                <w:szCs w:val="20"/>
              </w:rPr>
              <w:t xml:space="preserve"> </w:t>
            </w:r>
            <w:r w:rsidR="00670451" w:rsidRPr="00670451">
              <w:rPr>
                <w:rFonts w:ascii="Aptos" w:hAnsi="Aptos" w:cstheme="minorHAnsi"/>
                <w:bCs/>
                <w:sz w:val="20"/>
                <w:szCs w:val="20"/>
              </w:rPr>
              <w:t>Trade Publications</w:t>
            </w:r>
          </w:p>
          <w:p w14:paraId="0859D160" w14:textId="55A40BCC" w:rsidR="00670451" w:rsidRPr="00670451" w:rsidRDefault="00000000" w:rsidP="00670451">
            <w:pPr>
              <w:spacing w:line="240" w:lineRule="auto"/>
              <w:rPr>
                <w:rFonts w:ascii="Aptos" w:hAnsi="Aptos" w:cstheme="minorHAnsi"/>
                <w:bCs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bCs/>
                  <w:sz w:val="20"/>
                  <w:szCs w:val="20"/>
                </w:rPr>
                <w:id w:val="-1177023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451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670451">
              <w:rPr>
                <w:rFonts w:ascii="Aptos" w:hAnsi="Aptos" w:cstheme="minorHAnsi"/>
                <w:bCs/>
                <w:sz w:val="20"/>
                <w:szCs w:val="20"/>
              </w:rPr>
              <w:t xml:space="preserve"> </w:t>
            </w:r>
            <w:r w:rsidR="00670451" w:rsidRPr="00670451">
              <w:rPr>
                <w:rFonts w:ascii="Aptos" w:hAnsi="Aptos" w:cstheme="minorHAnsi"/>
                <w:bCs/>
                <w:sz w:val="20"/>
                <w:szCs w:val="20"/>
              </w:rPr>
              <w:t>Social media</w:t>
            </w:r>
          </w:p>
        </w:tc>
      </w:tr>
      <w:tr w:rsidR="00057178" w:rsidRPr="00670451" w14:paraId="3C36E2EA" w14:textId="77777777" w:rsidTr="004004CF">
        <w:tblPrEx>
          <w:tblBorders>
            <w:bottom w:val="single" w:sz="6" w:space="0" w:color="000000"/>
          </w:tblBorders>
        </w:tblPrEx>
        <w:trPr>
          <w:gridBefore w:val="1"/>
          <w:wBefore w:w="10" w:type="dxa"/>
          <w:jc w:val="center"/>
        </w:trPr>
        <w:tc>
          <w:tcPr>
            <w:tcW w:w="9994" w:type="dxa"/>
            <w:gridSpan w:val="7"/>
            <w:tcBorders>
              <w:right w:val="single" w:sz="4" w:space="0" w:color="auto"/>
            </w:tcBorders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3AF787" w14:textId="77777777" w:rsidR="00057178" w:rsidRPr="00670451" w:rsidRDefault="00000000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/>
                <w:sz w:val="20"/>
                <w:szCs w:val="20"/>
              </w:rPr>
              <w:t>GoA Recognition Components</w:t>
            </w:r>
            <w:r w:rsidRPr="00670451">
              <w:rPr>
                <w:rFonts w:ascii="Aptos" w:hAnsi="Aptos" w:cstheme="minorHAnsi"/>
                <w:bCs/>
                <w:i/>
                <w:sz w:val="20"/>
                <w:szCs w:val="20"/>
              </w:rPr>
              <w:br/>
              <w:t>Indicate requirements and attach drafts:</w:t>
            </w:r>
          </w:p>
        </w:tc>
      </w:tr>
      <w:tr w:rsidR="00206C72" w:rsidRPr="00670451" w14:paraId="0AA56E85" w14:textId="77777777" w:rsidTr="004004CF">
        <w:tblPrEx>
          <w:tblBorders>
            <w:bottom w:val="single" w:sz="6" w:space="0" w:color="000000"/>
          </w:tblBorders>
        </w:tblPrEx>
        <w:trPr>
          <w:gridBefore w:val="1"/>
          <w:wBefore w:w="10" w:type="dxa"/>
          <w:jc w:val="center"/>
        </w:trPr>
        <w:tc>
          <w:tcPr>
            <w:tcW w:w="9994" w:type="dxa"/>
            <w:gridSpan w:val="7"/>
            <w:tcBorders>
              <w:right w:val="single" w:sz="4" w:space="0" w:color="auto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D2AF8D" w14:textId="16104F19" w:rsidR="00206C72" w:rsidRPr="00670451" w:rsidRDefault="00000000">
            <w:pPr>
              <w:spacing w:line="240" w:lineRule="auto"/>
              <w:rPr>
                <w:rFonts w:ascii="Aptos" w:hAnsi="Aptos" w:cstheme="minorHAnsi"/>
                <w:bCs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bCs/>
                  <w:color w:val="000000"/>
                  <w:sz w:val="20"/>
                  <w:szCs w:val="20"/>
                </w:rPr>
                <w:id w:val="-1268225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451">
                  <w:rPr>
                    <w:rFonts w:ascii="MS Gothic" w:eastAsia="MS Gothic" w:hAnsi="MS Gothic" w:cstheme="minorHAnsi" w:hint="eastAsia"/>
                    <w:bCs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206C72" w:rsidRP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t xml:space="preserve"> Ad Placement</w:t>
            </w:r>
            <w:r w:rsidR="00206C72" w:rsidRP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br/>
            </w:r>
            <w:sdt>
              <w:sdtPr>
                <w:rPr>
                  <w:rFonts w:ascii="Aptos" w:hAnsi="Aptos" w:cstheme="minorHAnsi"/>
                  <w:bCs/>
                  <w:color w:val="000000"/>
                  <w:sz w:val="20"/>
                  <w:szCs w:val="20"/>
                </w:rPr>
                <w:id w:val="-135804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6C72" w:rsidRPr="00670451">
                  <w:rPr>
                    <w:rFonts w:ascii="Aptos" w:eastAsia="MS Gothic" w:hAnsi="Aptos" w:cs="Segoe UI Symbol"/>
                    <w:bCs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206C72" w:rsidRP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t xml:space="preserve"> Funding Acknowledgement</w:t>
            </w:r>
            <w:r w:rsidR="00206C72" w:rsidRP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br/>
            </w:r>
            <w:sdt>
              <w:sdtPr>
                <w:rPr>
                  <w:rFonts w:ascii="Aptos" w:hAnsi="Aptos" w:cstheme="minorHAnsi"/>
                  <w:bCs/>
                  <w:color w:val="000000"/>
                  <w:sz w:val="20"/>
                  <w:szCs w:val="20"/>
                </w:rPr>
                <w:id w:val="-819345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6C72" w:rsidRPr="00670451">
                  <w:rPr>
                    <w:rFonts w:ascii="Aptos" w:eastAsia="MS Gothic" w:hAnsi="Aptos" w:cs="Segoe UI Symbol"/>
                    <w:bCs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206C72" w:rsidRP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t xml:space="preserve"> Placement of GoA wordmark</w:t>
            </w:r>
          </w:p>
        </w:tc>
      </w:tr>
      <w:tr w:rsidR="00206C72" w:rsidRPr="00670451" w14:paraId="2CDA08FF" w14:textId="77777777" w:rsidTr="004004CF">
        <w:tblPrEx>
          <w:tblBorders>
            <w:bottom w:val="single" w:sz="6" w:space="0" w:color="000000"/>
          </w:tblBorders>
        </w:tblPrEx>
        <w:trPr>
          <w:gridBefore w:val="1"/>
          <w:wBefore w:w="10" w:type="dxa"/>
          <w:trHeight w:val="382"/>
          <w:jc w:val="center"/>
        </w:trPr>
        <w:tc>
          <w:tcPr>
            <w:tcW w:w="9994" w:type="dxa"/>
            <w:gridSpan w:val="7"/>
            <w:tcBorders>
              <w:bottom w:val="single" w:sz="6" w:space="0" w:color="000000"/>
              <w:right w:val="single" w:sz="4" w:space="0" w:color="auto"/>
            </w:tcBorders>
            <w:shd w:val="clear" w:color="auto" w:fill="D9D9D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A8316AC" w14:textId="06428507" w:rsidR="00206C72" w:rsidRPr="00670451" w:rsidRDefault="00206C72" w:rsidP="00206C72">
            <w:pPr>
              <w:spacing w:line="252" w:lineRule="auto"/>
              <w:rPr>
                <w:rFonts w:ascii="Aptos" w:hAnsi="Aptos" w:cstheme="minorHAnsi"/>
                <w:b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/>
                <w:sz w:val="20"/>
                <w:szCs w:val="20"/>
              </w:rPr>
              <w:t>Draft Ads Attached</w:t>
            </w:r>
          </w:p>
          <w:p w14:paraId="46AE6EB6" w14:textId="4209B806" w:rsidR="00206C72" w:rsidRPr="00670451" w:rsidRDefault="00206C72" w:rsidP="00206C72">
            <w:pPr>
              <w:spacing w:line="252" w:lineRule="auto"/>
              <w:rPr>
                <w:rFonts w:ascii="Aptos" w:hAnsi="Aptos" w:cstheme="minorHAnsi"/>
                <w:bCs/>
                <w:i/>
                <w:i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Cs/>
                <w:i/>
                <w:iCs/>
                <w:sz w:val="20"/>
                <w:szCs w:val="20"/>
              </w:rPr>
              <w:t>(accepted format JPEG, PNG, PDF)</w:t>
            </w:r>
          </w:p>
        </w:tc>
      </w:tr>
      <w:tr w:rsidR="00670451" w:rsidRPr="00670451" w14:paraId="71F3DE4E" w14:textId="77777777" w:rsidTr="004004CF">
        <w:tblPrEx>
          <w:tblBorders>
            <w:bottom w:val="single" w:sz="6" w:space="0" w:color="000000"/>
          </w:tblBorders>
        </w:tblPrEx>
        <w:trPr>
          <w:gridBefore w:val="1"/>
          <w:wBefore w:w="10" w:type="dxa"/>
          <w:trHeight w:val="382"/>
          <w:jc w:val="center"/>
        </w:trPr>
        <w:tc>
          <w:tcPr>
            <w:tcW w:w="1271" w:type="dxa"/>
            <w:gridSpan w:val="2"/>
            <w:tcBorders>
              <w:bottom w:val="single" w:sz="6" w:space="0" w:color="000000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A32B006" w14:textId="77777777" w:rsidR="00670451" w:rsidRPr="00670451" w:rsidRDefault="00000000">
            <w:pPr>
              <w:spacing w:line="252" w:lineRule="auto"/>
              <w:rPr>
                <w:rFonts w:ascii="Aptos" w:hAnsi="Aptos" w:cstheme="minorHAnsi"/>
                <w:bCs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bCs/>
                  <w:sz w:val="20"/>
                  <w:szCs w:val="20"/>
                </w:rPr>
                <w:id w:val="-773628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451" w:rsidRPr="00670451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670451" w:rsidRPr="00670451">
              <w:rPr>
                <w:rFonts w:ascii="Aptos" w:hAnsi="Aptos" w:cstheme="minorHAnsi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8723" w:type="dxa"/>
            <w:gridSpan w:val="5"/>
            <w:tcBorders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14:paraId="347B1C27" w14:textId="05EF4494" w:rsidR="00670451" w:rsidRPr="00670451" w:rsidRDefault="00000000">
            <w:pPr>
              <w:spacing w:line="252" w:lineRule="auto"/>
              <w:rPr>
                <w:rFonts w:ascii="Aptos" w:hAnsi="Aptos" w:cstheme="minorHAnsi"/>
                <w:bCs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bCs/>
                  <w:sz w:val="20"/>
                  <w:szCs w:val="20"/>
                </w:rPr>
                <w:id w:val="627892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451" w:rsidRPr="00670451">
                  <w:rPr>
                    <w:rFonts w:ascii="Aptos" w:eastAsia="MS Gothic" w:hAnsi="Aptos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670451" w:rsidRPr="00670451">
              <w:rPr>
                <w:rFonts w:ascii="Aptos" w:hAnsi="Aptos" w:cstheme="minorHAnsi"/>
                <w:bCs/>
                <w:sz w:val="20"/>
                <w:szCs w:val="20"/>
              </w:rPr>
              <w:t xml:space="preserve"> No</w:t>
            </w:r>
          </w:p>
        </w:tc>
      </w:tr>
      <w:tr w:rsidR="00057178" w:rsidRPr="00670451" w14:paraId="5FD6DA76" w14:textId="77777777" w:rsidTr="004004CF">
        <w:tblPrEx>
          <w:tblBorders>
            <w:bottom w:val="single" w:sz="6" w:space="0" w:color="000000"/>
          </w:tblBorders>
        </w:tblPrEx>
        <w:trPr>
          <w:gridBefore w:val="1"/>
          <w:wBefore w:w="10" w:type="dxa"/>
          <w:trHeight w:val="382"/>
          <w:jc w:val="center"/>
        </w:trPr>
        <w:tc>
          <w:tcPr>
            <w:tcW w:w="9994" w:type="dxa"/>
            <w:gridSpan w:val="7"/>
            <w:tcBorders>
              <w:right w:val="single" w:sz="4" w:space="0" w:color="auto"/>
            </w:tcBorders>
            <w:shd w:val="clear" w:color="auto" w:fill="D9D9D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8DA3F0" w14:textId="7F9531F7" w:rsidR="00057178" w:rsidRPr="00670451" w:rsidRDefault="00206C72">
            <w:pPr>
              <w:spacing w:line="252" w:lineRule="auto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Cs/>
                <w:sz w:val="20"/>
                <w:szCs w:val="20"/>
              </w:rPr>
              <w:t>Based on the selections identified above, please provide a comprehensive list of platforms or outlets, including URLs where applicable, on which GoA recognition will occur and advertising placements will appear.</w:t>
            </w:r>
          </w:p>
        </w:tc>
      </w:tr>
      <w:tr w:rsidR="00057178" w:rsidRPr="00670451" w14:paraId="4BB866C0" w14:textId="77777777" w:rsidTr="004004CF">
        <w:tblPrEx>
          <w:tblBorders>
            <w:bottom w:val="single" w:sz="6" w:space="0" w:color="000000"/>
          </w:tblBorders>
        </w:tblPrEx>
        <w:trPr>
          <w:gridAfter w:val="1"/>
          <w:wAfter w:w="10" w:type="dxa"/>
          <w:trHeight w:val="794"/>
          <w:jc w:val="center"/>
        </w:trPr>
        <w:tc>
          <w:tcPr>
            <w:tcW w:w="9994" w:type="dxa"/>
            <w:gridSpan w:val="7"/>
            <w:tcBorders>
              <w:right w:val="single" w:sz="4" w:space="0" w:color="auto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99FE2A" w14:textId="77777777" w:rsidR="00057178" w:rsidRPr="00670451" w:rsidRDefault="00057178">
            <w:pPr>
              <w:spacing w:after="840" w:line="240" w:lineRule="auto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  <w:tr w:rsidR="00057178" w:rsidRPr="00670451" w14:paraId="59651AD8" w14:textId="77777777" w:rsidTr="004004CF">
        <w:tblPrEx>
          <w:tblBorders>
            <w:bottom w:val="single" w:sz="6" w:space="0" w:color="000000"/>
          </w:tblBorders>
        </w:tblPrEx>
        <w:trPr>
          <w:gridAfter w:val="1"/>
          <w:wAfter w:w="10" w:type="dxa"/>
          <w:jc w:val="center"/>
        </w:trPr>
        <w:tc>
          <w:tcPr>
            <w:tcW w:w="9994" w:type="dxa"/>
            <w:gridSpan w:val="7"/>
            <w:tcBorders>
              <w:right w:val="single" w:sz="4" w:space="0" w:color="auto"/>
            </w:tcBorders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4AB740" w14:textId="77777777" w:rsidR="00057178" w:rsidRPr="00670451" w:rsidRDefault="0000000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/>
                <w:sz w:val="20"/>
                <w:szCs w:val="20"/>
              </w:rPr>
              <w:t>Publication Deadlines</w:t>
            </w:r>
          </w:p>
        </w:tc>
      </w:tr>
      <w:tr w:rsidR="00206C72" w:rsidRPr="00670451" w14:paraId="10D6B878" w14:textId="77777777" w:rsidTr="004004CF">
        <w:tblPrEx>
          <w:tblBorders>
            <w:bottom w:val="single" w:sz="6" w:space="0" w:color="000000"/>
          </w:tblBorders>
        </w:tblPrEx>
        <w:trPr>
          <w:gridAfter w:val="1"/>
          <w:wAfter w:w="10" w:type="dxa"/>
          <w:trHeight w:val="20"/>
          <w:jc w:val="center"/>
        </w:trPr>
        <w:tc>
          <w:tcPr>
            <w:tcW w:w="3828" w:type="dxa"/>
            <w:gridSpan w:val="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C3AF68" w14:textId="07204F3E" w:rsidR="00206C72" w:rsidRPr="00670451" w:rsidRDefault="00206C72">
            <w:pPr>
              <w:spacing w:line="240" w:lineRule="auto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t>Final content submission deadline</w:t>
            </w:r>
          </w:p>
        </w:tc>
        <w:sdt>
          <w:sdtPr>
            <w:rPr>
              <w:rFonts w:ascii="Aptos" w:hAnsi="Aptos" w:cstheme="minorHAnsi"/>
              <w:bCs/>
              <w:sz w:val="20"/>
              <w:szCs w:val="20"/>
            </w:rPr>
            <w:id w:val="2003006623"/>
            <w:placeholder>
              <w:docPart w:val="DefaultPlaceholder_-1854013437"/>
            </w:placeholder>
            <w:showingPlcHdr/>
            <w:date>
              <w:dateFormat w:val="dd/MM/yyyy"/>
              <w:lid w:val="en-CA"/>
              <w:storeMappedDataAs w:val="dateTime"/>
              <w:calendar w:val="gregorian"/>
            </w:date>
          </w:sdtPr>
          <w:sdtContent>
            <w:tc>
              <w:tcPr>
                <w:tcW w:w="6166" w:type="dxa"/>
                <w:gridSpan w:val="2"/>
                <w:tcBorders>
                  <w:right w:val="single" w:sz="4" w:space="0" w:color="auto"/>
                </w:tcBorders>
                <w:tcMar>
                  <w:top w:w="80" w:type="dxa"/>
                  <w:left w:w="110" w:type="dxa"/>
                  <w:bottom w:w="80" w:type="dxa"/>
                  <w:right w:w="110" w:type="dxa"/>
                </w:tcMar>
                <w:vAlign w:val="center"/>
              </w:tcPr>
              <w:p w14:paraId="6C2CE193" w14:textId="25DDA98E" w:rsidR="00206C72" w:rsidRPr="00670451" w:rsidRDefault="00206C72">
                <w:pPr>
                  <w:spacing w:line="240" w:lineRule="auto"/>
                  <w:rPr>
                    <w:rFonts w:ascii="Aptos" w:hAnsi="Aptos" w:cstheme="minorHAnsi"/>
                    <w:bCs/>
                    <w:sz w:val="20"/>
                    <w:szCs w:val="20"/>
                  </w:rPr>
                </w:pPr>
                <w:r w:rsidRPr="00670451">
                  <w:rPr>
                    <w:rStyle w:val="PlaceholderText"/>
                    <w:rFonts w:ascii="Aptos" w:hAnsi="Aptos" w:cstheme="minorHAnsi"/>
                    <w:bCs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  <w:tr w:rsidR="00206C72" w:rsidRPr="00670451" w14:paraId="2EF00420" w14:textId="77777777" w:rsidTr="004004CF">
        <w:tblPrEx>
          <w:tblBorders>
            <w:bottom w:val="single" w:sz="6" w:space="0" w:color="000000"/>
          </w:tblBorders>
        </w:tblPrEx>
        <w:trPr>
          <w:gridAfter w:val="1"/>
          <w:wAfter w:w="10" w:type="dxa"/>
          <w:trHeight w:val="20"/>
          <w:jc w:val="center"/>
        </w:trPr>
        <w:tc>
          <w:tcPr>
            <w:tcW w:w="3828" w:type="dxa"/>
            <w:gridSpan w:val="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38624B5" w14:textId="7D8CBAA9" w:rsidR="00206C72" w:rsidRPr="00670451" w:rsidRDefault="00206C72">
            <w:pPr>
              <w:spacing w:line="240" w:lineRule="auto"/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bCs/>
                <w:color w:val="000000"/>
                <w:sz w:val="20"/>
                <w:szCs w:val="20"/>
              </w:rPr>
              <w:t>First publication date</w:t>
            </w:r>
          </w:p>
        </w:tc>
        <w:sdt>
          <w:sdtPr>
            <w:rPr>
              <w:rFonts w:ascii="Aptos" w:hAnsi="Aptos" w:cstheme="minorHAnsi"/>
              <w:bCs/>
              <w:color w:val="666666"/>
              <w:sz w:val="20"/>
              <w:szCs w:val="20"/>
            </w:rPr>
            <w:id w:val="1929998738"/>
            <w:placeholder>
              <w:docPart w:val="DefaultPlaceholder_-1854013437"/>
            </w:placeholder>
            <w:showingPlcHdr/>
            <w:date>
              <w:dateFormat w:val="dd/MM/yyyy"/>
              <w:lid w:val="en-CA"/>
              <w:storeMappedDataAs w:val="dateTime"/>
              <w:calendar w:val="gregorian"/>
            </w:date>
          </w:sdtPr>
          <w:sdtContent>
            <w:tc>
              <w:tcPr>
                <w:tcW w:w="6166" w:type="dxa"/>
                <w:gridSpan w:val="2"/>
                <w:tcBorders>
                  <w:right w:val="single" w:sz="4" w:space="0" w:color="auto"/>
                </w:tcBorders>
                <w:tcMar>
                  <w:top w:w="80" w:type="dxa"/>
                  <w:left w:w="110" w:type="dxa"/>
                  <w:bottom w:w="80" w:type="dxa"/>
                  <w:right w:w="110" w:type="dxa"/>
                </w:tcMar>
                <w:vAlign w:val="center"/>
              </w:tcPr>
              <w:p w14:paraId="6C3B0307" w14:textId="234A2917" w:rsidR="00206C72" w:rsidRPr="00670451" w:rsidRDefault="00206C72">
                <w:pPr>
                  <w:spacing w:line="240" w:lineRule="auto"/>
                  <w:rPr>
                    <w:rFonts w:ascii="Aptos" w:hAnsi="Aptos" w:cstheme="minorHAnsi"/>
                    <w:bCs/>
                    <w:color w:val="666666"/>
                    <w:sz w:val="20"/>
                    <w:szCs w:val="20"/>
                  </w:rPr>
                </w:pPr>
                <w:r w:rsidRPr="00670451">
                  <w:rPr>
                    <w:rStyle w:val="PlaceholderText"/>
                    <w:rFonts w:ascii="Aptos" w:hAnsi="Aptos" w:cstheme="minorHAnsi"/>
                    <w:bCs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</w:tbl>
    <w:p w14:paraId="19DD5875" w14:textId="77777777" w:rsidR="00206C72" w:rsidRDefault="00206C72"/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001"/>
      </w:tblGrid>
      <w:tr w:rsidR="00057178" w:rsidRPr="00670451" w14:paraId="0BB43729" w14:textId="77777777" w:rsidTr="00206C72">
        <w:trPr>
          <w:jc w:val="center"/>
        </w:trPr>
        <w:tc>
          <w:tcPr>
            <w:tcW w:w="9994" w:type="dxa"/>
            <w:gridSpan w:val="2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6F9502" w14:textId="77777777" w:rsidR="00057178" w:rsidRPr="00670451" w:rsidRDefault="00000000">
            <w:pPr>
              <w:rPr>
                <w:rFonts w:ascii="Aptos ExtraBold" w:hAnsi="Aptos ExtraBold" w:cstheme="majorHAnsi"/>
                <w:bCs/>
                <w:sz w:val="20"/>
                <w:szCs w:val="20"/>
              </w:rPr>
            </w:pPr>
            <w:r w:rsidRPr="00670451">
              <w:rPr>
                <w:rFonts w:ascii="Aptos ExtraBold" w:hAnsi="Aptos ExtraBold" w:cstheme="majorHAnsi"/>
                <w:bCs/>
                <w:sz w:val="20"/>
                <w:szCs w:val="20"/>
              </w:rPr>
              <w:t>Confirmation</w:t>
            </w:r>
          </w:p>
        </w:tc>
      </w:tr>
      <w:tr w:rsidR="00206C72" w:rsidRPr="00670451" w14:paraId="46EFA47A" w14:textId="77777777" w:rsidTr="00206C72">
        <w:trPr>
          <w:jc w:val="center"/>
        </w:trPr>
        <w:tc>
          <w:tcPr>
            <w:tcW w:w="99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F6D253" w14:textId="54047EBF" w:rsidR="00206C72" w:rsidRPr="00670451" w:rsidRDefault="00206C72" w:rsidP="00206C72">
            <w:pPr>
              <w:spacing w:line="240" w:lineRule="auto"/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670451">
              <w:rPr>
                <w:rFonts w:ascii="Aptos" w:hAnsi="Aptos" w:cstheme="minorHAnsi"/>
                <w:sz w:val="20"/>
                <w:szCs w:val="20"/>
              </w:rPr>
              <w:t xml:space="preserve">By submitting this form, the Recipient acknowledges the communication obligations </w:t>
            </w:r>
            <w:r w:rsidRPr="00670451">
              <w:rPr>
                <w:rFonts w:ascii="Aptos" w:hAnsi="Aptos" w:cstheme="majorHAnsi"/>
                <w:sz w:val="20"/>
                <w:szCs w:val="20"/>
              </w:rPr>
              <w:t xml:space="preserve">under </w:t>
            </w:r>
            <w:r w:rsidRPr="00670451">
              <w:rPr>
                <w:rFonts w:ascii="Aptos SemiBold" w:hAnsi="Aptos SemiBold" w:cstheme="majorHAnsi"/>
                <w:sz w:val="20"/>
                <w:szCs w:val="20"/>
              </w:rPr>
              <w:t xml:space="preserve">Industry Advancement Grant Agreement as per Schedule C </w:t>
            </w:r>
            <w:r w:rsidRPr="00670451">
              <w:rPr>
                <w:rFonts w:ascii="Aptos" w:hAnsi="Aptos" w:cstheme="majorHAnsi"/>
                <w:sz w:val="20"/>
                <w:szCs w:val="20"/>
              </w:rPr>
              <w:t xml:space="preserve">recognition </w:t>
            </w:r>
            <w:r w:rsidRPr="00670451">
              <w:rPr>
                <w:rFonts w:ascii="Aptos" w:hAnsi="Aptos" w:cstheme="minorHAnsi"/>
                <w:sz w:val="20"/>
                <w:szCs w:val="20"/>
              </w:rPr>
              <w:t xml:space="preserve">and wordmark placement where applicable; </w:t>
            </w:r>
            <w:r w:rsidRPr="00670451">
              <w:rPr>
                <w:rFonts w:ascii="Aptos SemiBold" w:hAnsi="Aptos SemiBold" w:cstheme="majorHAnsi"/>
                <w:bCs/>
                <w:sz w:val="20"/>
                <w:szCs w:val="20"/>
              </w:rPr>
              <w:t>advance notice of at least 25 business days</w:t>
            </w:r>
            <w:r w:rsidRPr="00670451">
              <w:rPr>
                <w:rFonts w:ascii="Aptos" w:hAnsi="Aptos" w:cstheme="minorHAnsi"/>
                <w:sz w:val="20"/>
                <w:szCs w:val="20"/>
              </w:rPr>
              <w:t xml:space="preserve"> for all announcements, advertising, and requests for </w:t>
            </w:r>
            <w:r w:rsidRPr="00670451">
              <w:rPr>
                <w:rFonts w:ascii="Aptos" w:hAnsi="Aptos" w:cstheme="minorHAnsi"/>
                <w:sz w:val="20"/>
                <w:szCs w:val="20"/>
              </w:rPr>
              <w:lastRenderedPageBreak/>
              <w:t>quotes/messages; provincial approval required before public announcements; opportunity for government participation in major announcements and media events.</w:t>
            </w:r>
          </w:p>
        </w:tc>
      </w:tr>
      <w:tr w:rsidR="00206C72" w:rsidRPr="00670451" w14:paraId="0AAEE637" w14:textId="77777777" w:rsidTr="00206C72">
        <w:trPr>
          <w:trHeight w:val="340"/>
          <w:jc w:val="center"/>
        </w:trPr>
        <w:sdt>
          <w:sdtPr>
            <w:rPr>
              <w:rFonts w:ascii="Aptos" w:hAnsi="Aptos" w:cstheme="minorHAnsi"/>
              <w:sz w:val="20"/>
              <w:szCs w:val="20"/>
            </w:rPr>
            <w:id w:val="-1991394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tcMar>
                  <w:top w:w="80" w:type="dxa"/>
                  <w:left w:w="110" w:type="dxa"/>
                  <w:bottom w:w="80" w:type="dxa"/>
                  <w:right w:w="110" w:type="dxa"/>
                </w:tcMar>
                <w:vAlign w:val="center"/>
              </w:tcPr>
              <w:p w14:paraId="7285AC91" w14:textId="4A11BFE3" w:rsidR="00206C72" w:rsidRPr="00670451" w:rsidRDefault="00206C72" w:rsidP="00206C72">
                <w:pPr>
                  <w:spacing w:line="252" w:lineRule="auto"/>
                  <w:jc w:val="center"/>
                  <w:rPr>
                    <w:rFonts w:ascii="Aptos" w:hAnsi="Aptos" w:cstheme="minorHAnsi"/>
                    <w:sz w:val="20"/>
                    <w:szCs w:val="20"/>
                  </w:rPr>
                </w:pPr>
                <w:r w:rsidRPr="00670451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01" w:type="dxa"/>
            <w:vAlign w:val="center"/>
          </w:tcPr>
          <w:p w14:paraId="0D3A2520" w14:textId="77777777" w:rsidR="00206C72" w:rsidRPr="00670451" w:rsidRDefault="00000000" w:rsidP="000456CC">
            <w:pPr>
              <w:spacing w:line="252" w:lineRule="auto"/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2036953007"/>
                <w:placeholder>
                  <w:docPart w:val="E480E55EACB340048BCF972CB39926E2"/>
                </w:placeholder>
                <w:showingPlcHdr/>
              </w:sdtPr>
              <w:sdtContent>
                <w:r w:rsidR="00206C72" w:rsidRPr="00670451">
                  <w:rPr>
                    <w:rStyle w:val="PlaceholderText"/>
                    <w:rFonts w:ascii="Aptos" w:hAnsi="Aptos" w:cstheme="minorHAnsi"/>
                    <w:i/>
                    <w:iCs/>
                    <w:sz w:val="20"/>
                    <w:szCs w:val="20"/>
                  </w:rPr>
                  <w:t>Recipient Organization Name</w:t>
                </w:r>
              </w:sdtContent>
            </w:sdt>
            <w:r w:rsidR="00206C72" w:rsidRPr="00670451">
              <w:rPr>
                <w:rFonts w:ascii="Aptos" w:hAnsi="Aptos" w:cstheme="minorHAnsi"/>
                <w:sz w:val="20"/>
                <w:szCs w:val="20"/>
              </w:rPr>
              <w:t xml:space="preserve"> confirms that we understand and will comply with Schedule C requirements.</w:t>
            </w:r>
          </w:p>
        </w:tc>
      </w:tr>
    </w:tbl>
    <w:p w14:paraId="1DE38CBD" w14:textId="77777777" w:rsidR="00C25F0C" w:rsidRPr="00206C72" w:rsidRDefault="00C25F0C" w:rsidP="00670451">
      <w:pPr>
        <w:rPr>
          <w:rFonts w:asciiTheme="minorHAnsi" w:hAnsiTheme="minorHAnsi" w:cstheme="minorHAnsi"/>
          <w:sz w:val="24"/>
          <w:szCs w:val="24"/>
        </w:rPr>
      </w:pPr>
    </w:p>
    <w:sectPr w:rsidR="00C25F0C" w:rsidRPr="00206C72" w:rsidSect="00015CC3"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691" w:right="1123" w:bottom="648" w:left="1123" w:header="85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E841E" w14:textId="77777777" w:rsidR="00C27D2F" w:rsidRDefault="00C27D2F" w:rsidP="00015CC3">
      <w:pPr>
        <w:spacing w:line="240" w:lineRule="auto"/>
      </w:pPr>
      <w:r>
        <w:separator/>
      </w:r>
    </w:p>
  </w:endnote>
  <w:endnote w:type="continuationSeparator" w:id="0">
    <w:p w14:paraId="42591863" w14:textId="77777777" w:rsidR="00C27D2F" w:rsidRDefault="00C27D2F" w:rsidP="00015C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FEF11" w14:textId="1726BF67" w:rsidR="004004CF" w:rsidRDefault="004004C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48980CC" wp14:editId="4C77F05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34795" cy="386715"/>
              <wp:effectExtent l="0" t="0" r="8255" b="0"/>
              <wp:wrapNone/>
              <wp:docPr id="1843956177" name="Text Box 2" descr="Classification: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479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F17349" w14:textId="4DE08C90" w:rsidR="004004CF" w:rsidRPr="004004CF" w:rsidRDefault="004004CF" w:rsidP="004004C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</w:rPr>
                          </w:pPr>
                          <w:r w:rsidRPr="004004C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</w:rPr>
                            <w:t>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8980C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Public" style="position:absolute;margin-left:0;margin-top:0;width:120.85pt;height:30.4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MDNEAIAABsEAAAOAAAAZHJzL2Uyb0RvYy54bWysU01v2zAMvQ/YfxB0X+ykTT+MOEXWIsOA&#10;oC2QDj0rshQbkERBUmJnv36U7CRd11Oxi0yT1CP5+DS767Qie+F8A6ak41FOiTAcqsZsS/rrZfnt&#10;hhIfmKmYAiNKehCe3s2/fpm1thATqEFVwhEEMb5obUnrEGyRZZ7XQjM/AisMBiU4zQL+um1WOdYi&#10;ulbZJM+vshZcZR1w4T16H/ognSd8KQUPT1J6EYgqKfYW0unSuYlnNp+xYuuYrRs+tME+0YVmjcGi&#10;J6gHFhjZueYfKN1wBx5kGHHQGUjZcJFmwGnG+btp1jWzIs2C5Hh7osn/P1j+uF/bZ0dC9x06XGAk&#10;pLW+8OiM83TS6fjFTgnGkcLDiTbRBcLjpenF5fXtlBKOsYubq+vxNMJk59vW+fBDgCbRKKnDtSS2&#10;2H7lQ596TInFDCwbpdJqlPnLgZjRk51bjFboNt3Q9waqA47joN+0t3zZYM0V8+GZOVwtToByDU94&#10;SAVtSWGwKKnB/f7IH/ORcYxS0qJUSmpQy5SonwY3MZle5nmUVvpDwx2NTTLGt/k0xs1O3wOqcIwP&#10;wvJkxuSgjqZ0oF9RzYtYDUPMcKxZ0s3RvA+9cPE1cLFYpCRUkWVhZdaWR+hIVmTypXtlzg50B1zU&#10;IxzFxIp3rPe58aa3i11A7tNKIrE9mwPfqMC01OG1RIm//U9Z5zc9/wMAAP//AwBQSwMEFAAGAAgA&#10;AAAhAM9W5MvaAAAABAEAAA8AAABkcnMvZG93bnJldi54bWxMj8FOwzAMhu9IvENkJG4sXYUKdE2n&#10;aRuIKwWJHdPGa6o1TtdkW3l7DBe4WLL+X58/F8vJ9eKMY+g8KZjPEhBIjTcdtQo+3p/vHkGEqMno&#10;3hMq+MIAy/L6qtC58Rd6w3MVW8EQCrlWYGMccilDY9HpMPMDEmd7PzodeR1baUZ9YbjrZZokmXS6&#10;I75g9YBri82hOjkF2eZlZYfPbHfcp+E11P4QK79V6vZmWi1ARJziXxl+9FkdSnaq/YlMEL0CfiT+&#10;Ts7S+/kDiJrByRPIspD/5ctvAAAA//8DAFBLAQItABQABgAIAAAAIQC2gziS/gAAAOEBAAATAAAA&#10;AAAAAAAAAAAAAAAAAABbQ29udGVudF9UeXBlc10ueG1sUEsBAi0AFAAGAAgAAAAhADj9If/WAAAA&#10;lAEAAAsAAAAAAAAAAAAAAAAALwEAAF9yZWxzLy5yZWxzUEsBAi0AFAAGAAgAAAAhAImQwM0QAgAA&#10;GwQAAA4AAAAAAAAAAAAAAAAALgIAAGRycy9lMm9Eb2MueG1sUEsBAi0AFAAGAAgAAAAhAM9W5Mva&#10;AAAABAEAAA8AAAAAAAAAAAAAAAAAag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54F17349" w14:textId="4DE08C90" w:rsidR="004004CF" w:rsidRPr="004004CF" w:rsidRDefault="004004CF" w:rsidP="004004C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</w:rPr>
                    </w:pPr>
                    <w:r w:rsidRPr="004004CF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</w:rPr>
                      <w:t>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8000E" w14:textId="78B13C17" w:rsidR="004004CF" w:rsidRDefault="004004C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25B3A10" wp14:editId="7D4160BF">
              <wp:simplePos x="711200" y="93853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534795" cy="386715"/>
              <wp:effectExtent l="0" t="0" r="8255" b="0"/>
              <wp:wrapNone/>
              <wp:docPr id="1972559214" name="Text Box 3" descr="Classification: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479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15CA1E" w14:textId="79F7C094" w:rsidR="004004CF" w:rsidRPr="004004CF" w:rsidRDefault="004004CF" w:rsidP="004004C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</w:rPr>
                          </w:pPr>
                          <w:r w:rsidRPr="004004C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</w:rPr>
                            <w:t>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5B3A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Public" style="position:absolute;margin-left:0;margin-top:0;width:120.85pt;height:30.4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jBwEwIAACIEAAAOAAAAZHJzL2Uyb0RvYy54bWysU8tu2zAQvBfoPxC8x5KdOA/BcuAmcFHA&#10;SAI4Rc40RVoCSC5B0pbcr++Sku007anIhVrtLvcxM5zdd1qRvXC+AVPS8SinRBgOVWO2Jf35ury4&#10;pcQHZiqmwIiSHoSn9/OvX2atLcQEalCVcASLGF+0tqR1CLbIMs9roZkfgRUGgxKcZgF/3TarHGux&#10;ulbZJM+vsxZcZR1w4T16H/sgnaf6UgoenqX0IhBVUpwtpNOlcxPPbD5jxdYxWzd8GIP9xxSaNQab&#10;nko9ssDIzjV/ldINd+BBhhEHnYGUDRdpB9xmnH/YZl0zK9IuCI63J5j855XlT/u1fXEkdN+gQwIj&#10;IK31hUdn3KeTTscvTkowjhAeTrCJLhAeL00vr27uppRwjF3eXt+Mp7FMdr5tnQ/fBWgSjZI6pCWh&#10;xfYrH/rUY0psZmDZKJWoUeYPB9aMnuw8YrRCt+lIU70bfwPVAbdy0BPuLV822HrFfHhhDhnGRVC1&#10;4RkPqaAtKQwWJTW4X//yx3wEHqOUtKiYkhqUNCXqh0FCJtOrPI8KS39ouKOxScb4Lp/GuNnpB0Ax&#10;jvFdWJ7MmBzU0ZQO9BuKehG7YYgZjj1LujmaD6HXLz4KLhaLlIRisiyszNryWDpiFgF97d6YswPq&#10;Afl6gqOmWPEB/D433vR2sQtIQWIm4tujOcCOQkzcDo8mKv39f8o6P+35bwAAAP//AwBQSwMEFAAG&#10;AAgAAAAhAM9W5MvaAAAABAEAAA8AAABkcnMvZG93bnJldi54bWxMj8FOwzAMhu9IvENkJG4sXYUK&#10;dE2naRuIKwWJHdPGa6o1TtdkW3l7DBe4WLL+X58/F8vJ9eKMY+g8KZjPEhBIjTcdtQo+3p/vHkGE&#10;qMno3hMq+MIAy/L6qtC58Rd6w3MVW8EQCrlWYGMccilDY9HpMPMDEmd7PzodeR1baUZ9YbjrZZok&#10;mXS6I75g9YBri82hOjkF2eZlZYfPbHfcp+E11P4QK79V6vZmWi1ARJziXxl+9FkdSnaq/YlMEL0C&#10;fiT+Ts7S+/kDiJrByRPIspD/5ctvAAAA//8DAFBLAQItABQABgAIAAAAIQC2gziS/gAAAOEBAAAT&#10;AAAAAAAAAAAAAAAAAAAAAABbQ29udGVudF9UeXBlc10ueG1sUEsBAi0AFAAGAAgAAAAhADj9If/W&#10;AAAAlAEAAAsAAAAAAAAAAAAAAAAALwEAAF9yZWxzLy5yZWxzUEsBAi0AFAAGAAgAAAAhANSGMHAT&#10;AgAAIgQAAA4AAAAAAAAAAAAAAAAALgIAAGRycy9lMm9Eb2MueG1sUEsBAi0AFAAGAAgAAAAhAM9W&#10;5Mv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5715CA1E" w14:textId="79F7C094" w:rsidR="004004CF" w:rsidRPr="004004CF" w:rsidRDefault="004004CF" w:rsidP="004004C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</w:rPr>
                    </w:pPr>
                    <w:r w:rsidRPr="004004CF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</w:rPr>
                      <w:t>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8464B" w14:textId="6F771A79" w:rsidR="004004CF" w:rsidRDefault="004004C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73F7E94" wp14:editId="3BDE7C8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34795" cy="386715"/>
              <wp:effectExtent l="0" t="0" r="8255" b="0"/>
              <wp:wrapNone/>
              <wp:docPr id="835031547" name="Text Box 1" descr="Classification: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479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6257E6" w14:textId="5FD2C92D" w:rsidR="004004CF" w:rsidRPr="004004CF" w:rsidRDefault="004004CF" w:rsidP="004004C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</w:rPr>
                          </w:pPr>
                          <w:r w:rsidRPr="004004C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</w:rPr>
                            <w:t>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3F7E9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Public" style="position:absolute;margin-left:0;margin-top:0;width:120.85pt;height:30.4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MyFQIAACIEAAAOAAAAZHJzL2Uyb0RvYy54bWysU8tu2zAQvBfoPxC815KdOA/BcuAmcFHA&#10;SAI4Rc40RVoCSC5B0pbcr++Ssuw0zSnohVrtLvcxM5zddVqRvXC+AVPS8SinRBgOVWO2Jf31svx2&#10;Q4kPzFRMgRElPQhP7+Zfv8xaW4gJ1KAq4QgWMb5obUnrEGyRZZ7XQjM/AisMBiU4zQL+um1WOdZi&#10;da2ySZ5fZS24yjrgwnv0PvRBOk/1pRQ8PEnpRSCqpDhbSKdL5yae2XzGiq1jtm74cQz2iSk0aww2&#10;PZV6YIGRnWv+KaUb7sCDDCMOOgMpGy7SDrjNOH+3zbpmVqRdEBxvTzD5/1eWP+7X9tmR0H2HDgmM&#10;gLTWFx6dcZ9OOh2/OCnBOEJ4OMEmukB4vDS9uLy+nVLCMXZxc3U9nsYy2fm2dT78EKBJNErqkJaE&#10;FtuvfOhTh5TYzMCyUSpRo8xfDqwZPdl5xGiFbtORpirpZBh/A9UBt3LQE+4tXzbYesV8eGYOGcZF&#10;ULXhCQ+poC0pHC1KanC/P/LHfAQeo5S0qJiSGpQ0JeqnQUIm08s8jwpLf2i4wdgkY3ybT2Pc7PQ9&#10;oBjH+C4sT2ZMDmowpQP9iqJexG4YYoZjz5JuBvM+9PrFR8HFYpGSUEyWhZVZWx5LR8wioC/dK3P2&#10;iHpAvh5h0BQr3oHf58ab3i52ASlIzER8ezSPsKMQE7fHRxOV/vY/ZZ2f9vwPAAAA//8DAFBLAwQU&#10;AAYACAAAACEAz1bky9oAAAAEAQAADwAAAGRycy9kb3ducmV2LnhtbEyPwU7DMAyG70i8Q2Qkbixd&#10;hQp0TadpG4grBYkd08ZrqjVO12RbeXsMF7hYsv5fnz8Xy8n14oxj6DwpmM8SEEiNNx21Cj7en+8e&#10;QYSoyejeEyr4wgDL8vqq0LnxF3rDcxVbwRAKuVZgYxxyKUNj0ekw8wMSZ3s/Oh15HVtpRn1huOtl&#10;miSZdLojvmD1gGuLzaE6OQXZ5mVlh89sd9yn4TXU/hArv1Xq9mZaLUBEnOJfGX70WR1Kdqr9iUwQ&#10;vQJ+JP5OztL7+QOImsHJE8iykP/ly28AAAD//wMAUEsBAi0AFAAGAAgAAAAhALaDOJL+AAAA4QEA&#10;ABMAAAAAAAAAAAAAAAAAAAAAAFtDb250ZW50X1R5cGVzXS54bWxQSwECLQAUAAYACAAAACEAOP0h&#10;/9YAAACUAQAACwAAAAAAAAAAAAAAAAAvAQAAX3JlbHMvLnJlbHNQSwECLQAUAAYACAAAACEAhRDD&#10;MhUCAAAiBAAADgAAAAAAAAAAAAAAAAAuAgAAZHJzL2Uyb0RvYy54bWxQSwECLQAUAAYACAAAACEA&#10;z1bky9oAAAAEAQAADwAAAAAAAAAAAAAAAABv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286257E6" w14:textId="5FD2C92D" w:rsidR="004004CF" w:rsidRPr="004004CF" w:rsidRDefault="004004CF" w:rsidP="004004C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</w:rPr>
                    </w:pPr>
                    <w:r w:rsidRPr="004004CF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</w:rPr>
                      <w:t>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477E6" w14:textId="77777777" w:rsidR="00C27D2F" w:rsidRDefault="00C27D2F" w:rsidP="00015CC3">
      <w:pPr>
        <w:spacing w:line="240" w:lineRule="auto"/>
      </w:pPr>
      <w:r>
        <w:separator/>
      </w:r>
    </w:p>
  </w:footnote>
  <w:footnote w:type="continuationSeparator" w:id="0">
    <w:p w14:paraId="34A0E2FD" w14:textId="77777777" w:rsidR="00C27D2F" w:rsidRDefault="00C27D2F" w:rsidP="00015C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D5D0E" w14:textId="77777777" w:rsidR="004004CF" w:rsidRPr="004004CF" w:rsidRDefault="004004CF" w:rsidP="004004CF">
    <w:pPr>
      <w:spacing w:before="120" w:line="288" w:lineRule="auto"/>
      <w:jc w:val="right"/>
      <w:rPr>
        <w:rFonts w:ascii="Aptos Display" w:eastAsia="Calibri" w:hAnsi="Aptos Display" w:cs="Arial"/>
        <w:kern w:val="2"/>
        <w:sz w:val="20"/>
        <w14:ligatures w14:val="standardContextual"/>
      </w:rPr>
    </w:pPr>
    <w:r w:rsidRPr="004004CF">
      <w:rPr>
        <w:rFonts w:ascii="Aptos Display" w:eastAsia="Calibri" w:hAnsi="Aptos Display" w:cs="Arial"/>
        <w:noProof/>
        <w:kern w:val="2"/>
        <w:sz w:val="20"/>
        <w14:ligatures w14:val="standardContextual"/>
      </w:rPr>
      <w:drawing>
        <wp:anchor distT="0" distB="0" distL="114300" distR="114300" simplePos="0" relativeHeight="251659264" behindDoc="1" locked="0" layoutInCell="1" allowOverlap="1" wp14:anchorId="6D8BCC14" wp14:editId="272107D7">
          <wp:simplePos x="0" y="0"/>
          <wp:positionH relativeFrom="column">
            <wp:posOffset>5248275</wp:posOffset>
          </wp:positionH>
          <wp:positionV relativeFrom="paragraph">
            <wp:posOffset>-142875</wp:posOffset>
          </wp:positionV>
          <wp:extent cx="1107440" cy="307340"/>
          <wp:effectExtent l="0" t="0" r="0" b="0"/>
          <wp:wrapTight wrapText="bothSides">
            <wp:wrapPolygon edited="0">
              <wp:start x="0" y="0"/>
              <wp:lineTo x="0" y="20083"/>
              <wp:lineTo x="21179" y="20083"/>
              <wp:lineTo x="21179" y="0"/>
              <wp:lineTo x="0" y="0"/>
            </wp:wrapPolygon>
          </wp:wrapTight>
          <wp:docPr id="1748994097" name="Picture 1" descr="A grey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994097" name="Picture 1" descr="A grey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440" cy="307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A79BA2" w14:textId="77777777" w:rsidR="004004CF" w:rsidRPr="004004CF" w:rsidRDefault="004004CF" w:rsidP="004004CF">
    <w:pPr>
      <w:spacing w:before="120" w:line="288" w:lineRule="auto"/>
      <w:jc w:val="right"/>
      <w:rPr>
        <w:rFonts w:ascii="Aptos Display" w:eastAsia="Calibri" w:hAnsi="Aptos Display" w:cs="Arial"/>
        <w:kern w:val="2"/>
        <w:sz w:val="20"/>
        <w14:ligatures w14:val="standardContextual"/>
      </w:rPr>
    </w:pPr>
    <w:r w:rsidRPr="004004CF">
      <w:rPr>
        <w:rFonts w:ascii="Aptos Display" w:eastAsia="Calibri" w:hAnsi="Aptos Display" w:cs="Arial"/>
        <w:kern w:val="2"/>
        <w:sz w:val="20"/>
        <w14:ligatures w14:val="standardContextual"/>
      </w:rPr>
      <w:t>Industry Advance Grant</w:t>
    </w:r>
  </w:p>
  <w:p w14:paraId="1AEC87C7" w14:textId="389EDB65" w:rsidR="00015CC3" w:rsidRPr="004004CF" w:rsidRDefault="004004CF" w:rsidP="004004CF">
    <w:pPr>
      <w:pStyle w:val="Header"/>
      <w:ind w:left="720"/>
      <w:jc w:val="right"/>
    </w:pPr>
    <w:r>
      <w:t>Communication Request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5767802">
    <w:abstractNumId w:val="8"/>
  </w:num>
  <w:num w:numId="2" w16cid:durableId="966473021">
    <w:abstractNumId w:val="6"/>
  </w:num>
  <w:num w:numId="3" w16cid:durableId="607083770">
    <w:abstractNumId w:val="5"/>
  </w:num>
  <w:num w:numId="4" w16cid:durableId="1775898301">
    <w:abstractNumId w:val="4"/>
  </w:num>
  <w:num w:numId="5" w16cid:durableId="615722006">
    <w:abstractNumId w:val="7"/>
  </w:num>
  <w:num w:numId="6" w16cid:durableId="758676134">
    <w:abstractNumId w:val="3"/>
  </w:num>
  <w:num w:numId="7" w16cid:durableId="604119020">
    <w:abstractNumId w:val="2"/>
  </w:num>
  <w:num w:numId="8" w16cid:durableId="1306467331">
    <w:abstractNumId w:val="1"/>
  </w:num>
  <w:num w:numId="9" w16cid:durableId="1579167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CC3"/>
    <w:rsid w:val="00034616"/>
    <w:rsid w:val="00057178"/>
    <w:rsid w:val="0006063C"/>
    <w:rsid w:val="0015074B"/>
    <w:rsid w:val="00206C72"/>
    <w:rsid w:val="0029639D"/>
    <w:rsid w:val="00326F90"/>
    <w:rsid w:val="004004CF"/>
    <w:rsid w:val="0058029D"/>
    <w:rsid w:val="00670451"/>
    <w:rsid w:val="00743823"/>
    <w:rsid w:val="00AA1D8D"/>
    <w:rsid w:val="00B47730"/>
    <w:rsid w:val="00C25F0C"/>
    <w:rsid w:val="00C27D2F"/>
    <w:rsid w:val="00CB0664"/>
    <w:rsid w:val="00FC693F"/>
    <w:rsid w:val="00FD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6B20BE"/>
  <w14:defaultImageDpi w14:val="300"/>
  <w15:docId w15:val="{DFD7905A-1760-4799-963D-5E5E3CAB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B2C3B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F3C4F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F3C4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F3C4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71D2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71D2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35555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0F3C4F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35555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B2C3B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F3C4F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F3C4F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F3C4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B2C3B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B2C3B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F3C4F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F3C4F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F1313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F1313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F3C4F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71D2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71D2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35555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F3C4F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35555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F3C4F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F3C4F" w:themeColor="accent1"/>
      </w:pBdr>
      <w:spacing w:before="200" w:after="280"/>
      <w:ind w:left="936" w:right="936"/>
    </w:pPr>
    <w:rPr>
      <w:b/>
      <w:bCs/>
      <w:i/>
      <w:iCs/>
      <w:color w:val="0F3C4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F3C4F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7A9696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F3C4F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35244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35244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B0E0E" w:themeColor="text1" w:themeShade="BF"/>
    </w:rPr>
    <w:tblPr>
      <w:tblStyleRowBandSize w:val="1"/>
      <w:tblStyleColBandSize w:val="1"/>
      <w:tblBorders>
        <w:top w:val="single" w:sz="8" w:space="0" w:color="0F1313" w:themeColor="text1"/>
        <w:bottom w:val="single" w:sz="8" w:space="0" w:color="0F1313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1313" w:themeColor="text1"/>
          <w:left w:val="nil"/>
          <w:bottom w:val="single" w:sz="8" w:space="0" w:color="0F1313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1313" w:themeColor="text1"/>
          <w:left w:val="nil"/>
          <w:bottom w:val="single" w:sz="8" w:space="0" w:color="0F1313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CBC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CBCB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B2C3B" w:themeColor="accent1" w:themeShade="BF"/>
    </w:rPr>
    <w:tblPr>
      <w:tblStyleRowBandSize w:val="1"/>
      <w:tblStyleColBandSize w:val="1"/>
      <w:tblBorders>
        <w:top w:val="single" w:sz="8" w:space="0" w:color="0F3C4F" w:themeColor="accent1"/>
        <w:bottom w:val="single" w:sz="8" w:space="0" w:color="0F3C4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C4F" w:themeColor="accent1"/>
          <w:left w:val="nil"/>
          <w:bottom w:val="single" w:sz="8" w:space="0" w:color="0F3C4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C4F" w:themeColor="accent1"/>
          <w:left w:val="nil"/>
          <w:bottom w:val="single" w:sz="8" w:space="0" w:color="0F3C4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9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9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23D32" w:themeColor="accent2" w:themeShade="BF"/>
    </w:rPr>
    <w:tblPr>
      <w:tblStyleRowBandSize w:val="1"/>
      <w:tblStyleColBandSize w:val="1"/>
      <w:tblBorders>
        <w:top w:val="single" w:sz="8" w:space="0" w:color="035244" w:themeColor="accent2"/>
        <w:bottom w:val="single" w:sz="8" w:space="0" w:color="0352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35244" w:themeColor="accent2"/>
          <w:left w:val="nil"/>
          <w:bottom w:val="single" w:sz="8" w:space="0" w:color="0352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35244" w:themeColor="accent2"/>
          <w:left w:val="nil"/>
          <w:bottom w:val="single" w:sz="8" w:space="0" w:color="0352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FBE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FBE9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92532" w:themeColor="accent3" w:themeShade="BF"/>
    </w:rPr>
    <w:tblPr>
      <w:tblStyleRowBandSize w:val="1"/>
      <w:tblStyleColBandSize w:val="1"/>
      <w:tblBorders>
        <w:top w:val="single" w:sz="8" w:space="0" w:color="0C3343" w:themeColor="accent3"/>
        <w:bottom w:val="single" w:sz="8" w:space="0" w:color="0C334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C3343" w:themeColor="accent3"/>
          <w:left w:val="nil"/>
          <w:bottom w:val="single" w:sz="8" w:space="0" w:color="0C334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C3343" w:themeColor="accent3"/>
          <w:left w:val="nil"/>
          <w:bottom w:val="single" w:sz="8" w:space="0" w:color="0C334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8E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8EE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C13C0E" w:themeColor="accent4" w:themeShade="BF"/>
    </w:rPr>
    <w:tblPr>
      <w:tblStyleRowBandSize w:val="1"/>
      <w:tblStyleColBandSize w:val="1"/>
      <w:tblBorders>
        <w:top w:val="single" w:sz="8" w:space="0" w:color="EF5A27" w:themeColor="accent4"/>
        <w:bottom w:val="single" w:sz="8" w:space="0" w:color="EF5A2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5A27" w:themeColor="accent4"/>
          <w:left w:val="nil"/>
          <w:bottom w:val="single" w:sz="8" w:space="0" w:color="EF5A2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5A27" w:themeColor="accent4"/>
          <w:left w:val="nil"/>
          <w:bottom w:val="single" w:sz="8" w:space="0" w:color="EF5A2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6C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6C9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C5F67" w:themeColor="accent5" w:themeShade="BF"/>
    </w:rPr>
    <w:tblPr>
      <w:tblStyleRowBandSize w:val="1"/>
      <w:tblStyleColBandSize w:val="1"/>
      <w:tblBorders>
        <w:top w:val="single" w:sz="8" w:space="0" w:color="107F8A" w:themeColor="accent5"/>
        <w:bottom w:val="single" w:sz="8" w:space="0" w:color="107F8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7F8A" w:themeColor="accent5"/>
          <w:left w:val="nil"/>
          <w:bottom w:val="single" w:sz="8" w:space="0" w:color="107F8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7F8A" w:themeColor="accent5"/>
          <w:left w:val="nil"/>
          <w:bottom w:val="single" w:sz="8" w:space="0" w:color="107F8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EF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EFF6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B0E0E" w:themeColor="accent6" w:themeShade="BF"/>
    </w:rPr>
    <w:tblPr>
      <w:tblStyleRowBandSize w:val="1"/>
      <w:tblStyleColBandSize w:val="1"/>
      <w:tblBorders>
        <w:top w:val="single" w:sz="8" w:space="0" w:color="0F1313" w:themeColor="accent6"/>
        <w:bottom w:val="single" w:sz="8" w:space="0" w:color="0F131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1313" w:themeColor="accent6"/>
          <w:left w:val="nil"/>
          <w:bottom w:val="single" w:sz="8" w:space="0" w:color="0F131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1313" w:themeColor="accent6"/>
          <w:left w:val="nil"/>
          <w:bottom w:val="single" w:sz="8" w:space="0" w:color="0F131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CBC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CBCB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F1313" w:themeColor="text1"/>
        <w:left w:val="single" w:sz="8" w:space="0" w:color="0F1313" w:themeColor="text1"/>
        <w:bottom w:val="single" w:sz="8" w:space="0" w:color="0F1313" w:themeColor="text1"/>
        <w:right w:val="single" w:sz="8" w:space="0" w:color="0F1313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131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1313" w:themeColor="text1"/>
          <w:left w:val="single" w:sz="8" w:space="0" w:color="0F1313" w:themeColor="text1"/>
          <w:bottom w:val="single" w:sz="8" w:space="0" w:color="0F1313" w:themeColor="text1"/>
          <w:right w:val="single" w:sz="8" w:space="0" w:color="0F131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1313" w:themeColor="text1"/>
          <w:left w:val="single" w:sz="8" w:space="0" w:color="0F1313" w:themeColor="text1"/>
          <w:bottom w:val="single" w:sz="8" w:space="0" w:color="0F1313" w:themeColor="text1"/>
          <w:right w:val="single" w:sz="8" w:space="0" w:color="0F1313" w:themeColor="text1"/>
        </w:tcBorders>
      </w:tcPr>
    </w:tblStylePr>
    <w:tblStylePr w:type="band1Horz">
      <w:tblPr/>
      <w:tcPr>
        <w:tcBorders>
          <w:top w:val="single" w:sz="8" w:space="0" w:color="0F1313" w:themeColor="text1"/>
          <w:left w:val="single" w:sz="8" w:space="0" w:color="0F1313" w:themeColor="text1"/>
          <w:bottom w:val="single" w:sz="8" w:space="0" w:color="0F1313" w:themeColor="text1"/>
          <w:right w:val="single" w:sz="8" w:space="0" w:color="0F1313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F3C4F" w:themeColor="accent1"/>
        <w:left w:val="single" w:sz="8" w:space="0" w:color="0F3C4F" w:themeColor="accent1"/>
        <w:bottom w:val="single" w:sz="8" w:space="0" w:color="0F3C4F" w:themeColor="accent1"/>
        <w:right w:val="single" w:sz="8" w:space="0" w:color="0F3C4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C4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C4F" w:themeColor="accent1"/>
          <w:left w:val="single" w:sz="8" w:space="0" w:color="0F3C4F" w:themeColor="accent1"/>
          <w:bottom w:val="single" w:sz="8" w:space="0" w:color="0F3C4F" w:themeColor="accent1"/>
          <w:right w:val="single" w:sz="8" w:space="0" w:color="0F3C4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C4F" w:themeColor="accent1"/>
          <w:left w:val="single" w:sz="8" w:space="0" w:color="0F3C4F" w:themeColor="accent1"/>
          <w:bottom w:val="single" w:sz="8" w:space="0" w:color="0F3C4F" w:themeColor="accent1"/>
          <w:right w:val="single" w:sz="8" w:space="0" w:color="0F3C4F" w:themeColor="accent1"/>
        </w:tcBorders>
      </w:tcPr>
    </w:tblStylePr>
    <w:tblStylePr w:type="band1Horz">
      <w:tblPr/>
      <w:tcPr>
        <w:tcBorders>
          <w:top w:val="single" w:sz="8" w:space="0" w:color="0F3C4F" w:themeColor="accent1"/>
          <w:left w:val="single" w:sz="8" w:space="0" w:color="0F3C4F" w:themeColor="accent1"/>
          <w:bottom w:val="single" w:sz="8" w:space="0" w:color="0F3C4F" w:themeColor="accent1"/>
          <w:right w:val="single" w:sz="8" w:space="0" w:color="0F3C4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35244" w:themeColor="accent2"/>
        <w:left w:val="single" w:sz="8" w:space="0" w:color="035244" w:themeColor="accent2"/>
        <w:bottom w:val="single" w:sz="8" w:space="0" w:color="035244" w:themeColor="accent2"/>
        <w:right w:val="single" w:sz="8" w:space="0" w:color="0352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352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35244" w:themeColor="accent2"/>
          <w:left w:val="single" w:sz="8" w:space="0" w:color="035244" w:themeColor="accent2"/>
          <w:bottom w:val="single" w:sz="8" w:space="0" w:color="035244" w:themeColor="accent2"/>
          <w:right w:val="single" w:sz="8" w:space="0" w:color="0352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35244" w:themeColor="accent2"/>
          <w:left w:val="single" w:sz="8" w:space="0" w:color="035244" w:themeColor="accent2"/>
          <w:bottom w:val="single" w:sz="8" w:space="0" w:color="035244" w:themeColor="accent2"/>
          <w:right w:val="single" w:sz="8" w:space="0" w:color="035244" w:themeColor="accent2"/>
        </w:tcBorders>
      </w:tcPr>
    </w:tblStylePr>
    <w:tblStylePr w:type="band1Horz">
      <w:tblPr/>
      <w:tcPr>
        <w:tcBorders>
          <w:top w:val="single" w:sz="8" w:space="0" w:color="035244" w:themeColor="accent2"/>
          <w:left w:val="single" w:sz="8" w:space="0" w:color="035244" w:themeColor="accent2"/>
          <w:bottom w:val="single" w:sz="8" w:space="0" w:color="035244" w:themeColor="accent2"/>
          <w:right w:val="single" w:sz="8" w:space="0" w:color="035244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C3343" w:themeColor="accent3"/>
        <w:left w:val="single" w:sz="8" w:space="0" w:color="0C3343" w:themeColor="accent3"/>
        <w:bottom w:val="single" w:sz="8" w:space="0" w:color="0C3343" w:themeColor="accent3"/>
        <w:right w:val="single" w:sz="8" w:space="0" w:color="0C334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C334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C3343" w:themeColor="accent3"/>
          <w:left w:val="single" w:sz="8" w:space="0" w:color="0C3343" w:themeColor="accent3"/>
          <w:bottom w:val="single" w:sz="8" w:space="0" w:color="0C3343" w:themeColor="accent3"/>
          <w:right w:val="single" w:sz="8" w:space="0" w:color="0C334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C3343" w:themeColor="accent3"/>
          <w:left w:val="single" w:sz="8" w:space="0" w:color="0C3343" w:themeColor="accent3"/>
          <w:bottom w:val="single" w:sz="8" w:space="0" w:color="0C3343" w:themeColor="accent3"/>
          <w:right w:val="single" w:sz="8" w:space="0" w:color="0C3343" w:themeColor="accent3"/>
        </w:tcBorders>
      </w:tcPr>
    </w:tblStylePr>
    <w:tblStylePr w:type="band1Horz">
      <w:tblPr/>
      <w:tcPr>
        <w:tcBorders>
          <w:top w:val="single" w:sz="8" w:space="0" w:color="0C3343" w:themeColor="accent3"/>
          <w:left w:val="single" w:sz="8" w:space="0" w:color="0C3343" w:themeColor="accent3"/>
          <w:bottom w:val="single" w:sz="8" w:space="0" w:color="0C3343" w:themeColor="accent3"/>
          <w:right w:val="single" w:sz="8" w:space="0" w:color="0C3343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F5A27" w:themeColor="accent4"/>
        <w:left w:val="single" w:sz="8" w:space="0" w:color="EF5A27" w:themeColor="accent4"/>
        <w:bottom w:val="single" w:sz="8" w:space="0" w:color="EF5A27" w:themeColor="accent4"/>
        <w:right w:val="single" w:sz="8" w:space="0" w:color="EF5A2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5A2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5A27" w:themeColor="accent4"/>
          <w:left w:val="single" w:sz="8" w:space="0" w:color="EF5A27" w:themeColor="accent4"/>
          <w:bottom w:val="single" w:sz="8" w:space="0" w:color="EF5A27" w:themeColor="accent4"/>
          <w:right w:val="single" w:sz="8" w:space="0" w:color="EF5A2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5A27" w:themeColor="accent4"/>
          <w:left w:val="single" w:sz="8" w:space="0" w:color="EF5A27" w:themeColor="accent4"/>
          <w:bottom w:val="single" w:sz="8" w:space="0" w:color="EF5A27" w:themeColor="accent4"/>
          <w:right w:val="single" w:sz="8" w:space="0" w:color="EF5A27" w:themeColor="accent4"/>
        </w:tcBorders>
      </w:tcPr>
    </w:tblStylePr>
    <w:tblStylePr w:type="band1Horz">
      <w:tblPr/>
      <w:tcPr>
        <w:tcBorders>
          <w:top w:val="single" w:sz="8" w:space="0" w:color="EF5A27" w:themeColor="accent4"/>
          <w:left w:val="single" w:sz="8" w:space="0" w:color="EF5A27" w:themeColor="accent4"/>
          <w:bottom w:val="single" w:sz="8" w:space="0" w:color="EF5A27" w:themeColor="accent4"/>
          <w:right w:val="single" w:sz="8" w:space="0" w:color="EF5A27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07F8A" w:themeColor="accent5"/>
        <w:left w:val="single" w:sz="8" w:space="0" w:color="107F8A" w:themeColor="accent5"/>
        <w:bottom w:val="single" w:sz="8" w:space="0" w:color="107F8A" w:themeColor="accent5"/>
        <w:right w:val="single" w:sz="8" w:space="0" w:color="107F8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7F8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7F8A" w:themeColor="accent5"/>
          <w:left w:val="single" w:sz="8" w:space="0" w:color="107F8A" w:themeColor="accent5"/>
          <w:bottom w:val="single" w:sz="8" w:space="0" w:color="107F8A" w:themeColor="accent5"/>
          <w:right w:val="single" w:sz="8" w:space="0" w:color="107F8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7F8A" w:themeColor="accent5"/>
          <w:left w:val="single" w:sz="8" w:space="0" w:color="107F8A" w:themeColor="accent5"/>
          <w:bottom w:val="single" w:sz="8" w:space="0" w:color="107F8A" w:themeColor="accent5"/>
          <w:right w:val="single" w:sz="8" w:space="0" w:color="107F8A" w:themeColor="accent5"/>
        </w:tcBorders>
      </w:tcPr>
    </w:tblStylePr>
    <w:tblStylePr w:type="band1Horz">
      <w:tblPr/>
      <w:tcPr>
        <w:tcBorders>
          <w:top w:val="single" w:sz="8" w:space="0" w:color="107F8A" w:themeColor="accent5"/>
          <w:left w:val="single" w:sz="8" w:space="0" w:color="107F8A" w:themeColor="accent5"/>
          <w:bottom w:val="single" w:sz="8" w:space="0" w:color="107F8A" w:themeColor="accent5"/>
          <w:right w:val="single" w:sz="8" w:space="0" w:color="107F8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1313" w:themeColor="accent6"/>
        <w:left w:val="single" w:sz="8" w:space="0" w:color="0F1313" w:themeColor="accent6"/>
        <w:bottom w:val="single" w:sz="8" w:space="0" w:color="0F1313" w:themeColor="accent6"/>
        <w:right w:val="single" w:sz="8" w:space="0" w:color="0F131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131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1313" w:themeColor="accent6"/>
          <w:left w:val="single" w:sz="8" w:space="0" w:color="0F1313" w:themeColor="accent6"/>
          <w:bottom w:val="single" w:sz="8" w:space="0" w:color="0F1313" w:themeColor="accent6"/>
          <w:right w:val="single" w:sz="8" w:space="0" w:color="0F131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1313" w:themeColor="accent6"/>
          <w:left w:val="single" w:sz="8" w:space="0" w:color="0F1313" w:themeColor="accent6"/>
          <w:bottom w:val="single" w:sz="8" w:space="0" w:color="0F1313" w:themeColor="accent6"/>
          <w:right w:val="single" w:sz="8" w:space="0" w:color="0F1313" w:themeColor="accent6"/>
        </w:tcBorders>
      </w:tcPr>
    </w:tblStylePr>
    <w:tblStylePr w:type="band1Horz">
      <w:tblPr/>
      <w:tcPr>
        <w:tcBorders>
          <w:top w:val="single" w:sz="8" w:space="0" w:color="0F1313" w:themeColor="accent6"/>
          <w:left w:val="single" w:sz="8" w:space="0" w:color="0F1313" w:themeColor="accent6"/>
          <w:bottom w:val="single" w:sz="8" w:space="0" w:color="0F1313" w:themeColor="accent6"/>
          <w:right w:val="single" w:sz="8" w:space="0" w:color="0F1313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1313" w:themeColor="text1"/>
        <w:left w:val="single" w:sz="8" w:space="0" w:color="0F1313" w:themeColor="text1"/>
        <w:bottom w:val="single" w:sz="8" w:space="0" w:color="0F1313" w:themeColor="text1"/>
        <w:right w:val="single" w:sz="8" w:space="0" w:color="0F1313" w:themeColor="text1"/>
        <w:insideH w:val="single" w:sz="8" w:space="0" w:color="0F1313" w:themeColor="text1"/>
        <w:insideV w:val="single" w:sz="8" w:space="0" w:color="0F1313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1313" w:themeColor="text1"/>
          <w:left w:val="single" w:sz="8" w:space="0" w:color="0F1313" w:themeColor="text1"/>
          <w:bottom w:val="single" w:sz="18" w:space="0" w:color="0F1313" w:themeColor="text1"/>
          <w:right w:val="single" w:sz="8" w:space="0" w:color="0F1313" w:themeColor="text1"/>
          <w:insideH w:val="nil"/>
          <w:insideV w:val="single" w:sz="8" w:space="0" w:color="0F1313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1313" w:themeColor="text1"/>
          <w:left w:val="single" w:sz="8" w:space="0" w:color="0F1313" w:themeColor="text1"/>
          <w:bottom w:val="single" w:sz="8" w:space="0" w:color="0F1313" w:themeColor="text1"/>
          <w:right w:val="single" w:sz="8" w:space="0" w:color="0F1313" w:themeColor="text1"/>
          <w:insideH w:val="nil"/>
          <w:insideV w:val="single" w:sz="8" w:space="0" w:color="0F1313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1313" w:themeColor="text1"/>
          <w:left w:val="single" w:sz="8" w:space="0" w:color="0F1313" w:themeColor="text1"/>
          <w:bottom w:val="single" w:sz="8" w:space="0" w:color="0F1313" w:themeColor="text1"/>
          <w:right w:val="single" w:sz="8" w:space="0" w:color="0F1313" w:themeColor="text1"/>
        </w:tcBorders>
      </w:tcPr>
    </w:tblStylePr>
    <w:tblStylePr w:type="band1Vert">
      <w:tblPr/>
      <w:tcPr>
        <w:tcBorders>
          <w:top w:val="single" w:sz="8" w:space="0" w:color="0F1313" w:themeColor="text1"/>
          <w:left w:val="single" w:sz="8" w:space="0" w:color="0F1313" w:themeColor="text1"/>
          <w:bottom w:val="single" w:sz="8" w:space="0" w:color="0F1313" w:themeColor="text1"/>
          <w:right w:val="single" w:sz="8" w:space="0" w:color="0F1313" w:themeColor="text1"/>
        </w:tcBorders>
        <w:shd w:val="clear" w:color="auto" w:fill="BDCBCB" w:themeFill="text1" w:themeFillTint="3F"/>
      </w:tcPr>
    </w:tblStylePr>
    <w:tblStylePr w:type="band1Horz">
      <w:tblPr/>
      <w:tcPr>
        <w:tcBorders>
          <w:top w:val="single" w:sz="8" w:space="0" w:color="0F1313" w:themeColor="text1"/>
          <w:left w:val="single" w:sz="8" w:space="0" w:color="0F1313" w:themeColor="text1"/>
          <w:bottom w:val="single" w:sz="8" w:space="0" w:color="0F1313" w:themeColor="text1"/>
          <w:right w:val="single" w:sz="8" w:space="0" w:color="0F1313" w:themeColor="text1"/>
          <w:insideV w:val="single" w:sz="8" w:space="0" w:color="0F1313" w:themeColor="text1"/>
        </w:tcBorders>
        <w:shd w:val="clear" w:color="auto" w:fill="BDCBCB" w:themeFill="text1" w:themeFillTint="3F"/>
      </w:tcPr>
    </w:tblStylePr>
    <w:tblStylePr w:type="band2Horz">
      <w:tblPr/>
      <w:tcPr>
        <w:tcBorders>
          <w:top w:val="single" w:sz="8" w:space="0" w:color="0F1313" w:themeColor="text1"/>
          <w:left w:val="single" w:sz="8" w:space="0" w:color="0F1313" w:themeColor="text1"/>
          <w:bottom w:val="single" w:sz="8" w:space="0" w:color="0F1313" w:themeColor="text1"/>
          <w:right w:val="single" w:sz="8" w:space="0" w:color="0F1313" w:themeColor="text1"/>
          <w:insideV w:val="single" w:sz="8" w:space="0" w:color="0F1313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3C4F" w:themeColor="accent1"/>
        <w:left w:val="single" w:sz="8" w:space="0" w:color="0F3C4F" w:themeColor="accent1"/>
        <w:bottom w:val="single" w:sz="8" w:space="0" w:color="0F3C4F" w:themeColor="accent1"/>
        <w:right w:val="single" w:sz="8" w:space="0" w:color="0F3C4F" w:themeColor="accent1"/>
        <w:insideH w:val="single" w:sz="8" w:space="0" w:color="0F3C4F" w:themeColor="accent1"/>
        <w:insideV w:val="single" w:sz="8" w:space="0" w:color="0F3C4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C4F" w:themeColor="accent1"/>
          <w:left w:val="single" w:sz="8" w:space="0" w:color="0F3C4F" w:themeColor="accent1"/>
          <w:bottom w:val="single" w:sz="18" w:space="0" w:color="0F3C4F" w:themeColor="accent1"/>
          <w:right w:val="single" w:sz="8" w:space="0" w:color="0F3C4F" w:themeColor="accent1"/>
          <w:insideH w:val="nil"/>
          <w:insideV w:val="single" w:sz="8" w:space="0" w:color="0F3C4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C4F" w:themeColor="accent1"/>
          <w:left w:val="single" w:sz="8" w:space="0" w:color="0F3C4F" w:themeColor="accent1"/>
          <w:bottom w:val="single" w:sz="8" w:space="0" w:color="0F3C4F" w:themeColor="accent1"/>
          <w:right w:val="single" w:sz="8" w:space="0" w:color="0F3C4F" w:themeColor="accent1"/>
          <w:insideH w:val="nil"/>
          <w:insideV w:val="single" w:sz="8" w:space="0" w:color="0F3C4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C4F" w:themeColor="accent1"/>
          <w:left w:val="single" w:sz="8" w:space="0" w:color="0F3C4F" w:themeColor="accent1"/>
          <w:bottom w:val="single" w:sz="8" w:space="0" w:color="0F3C4F" w:themeColor="accent1"/>
          <w:right w:val="single" w:sz="8" w:space="0" w:color="0F3C4F" w:themeColor="accent1"/>
        </w:tcBorders>
      </w:tcPr>
    </w:tblStylePr>
    <w:tblStylePr w:type="band1Vert">
      <w:tblPr/>
      <w:tcPr>
        <w:tcBorders>
          <w:top w:val="single" w:sz="8" w:space="0" w:color="0F3C4F" w:themeColor="accent1"/>
          <w:left w:val="single" w:sz="8" w:space="0" w:color="0F3C4F" w:themeColor="accent1"/>
          <w:bottom w:val="single" w:sz="8" w:space="0" w:color="0F3C4F" w:themeColor="accent1"/>
          <w:right w:val="single" w:sz="8" w:space="0" w:color="0F3C4F" w:themeColor="accent1"/>
        </w:tcBorders>
        <w:shd w:val="clear" w:color="auto" w:fill="A8D9EE" w:themeFill="accent1" w:themeFillTint="3F"/>
      </w:tcPr>
    </w:tblStylePr>
    <w:tblStylePr w:type="band1Horz">
      <w:tblPr/>
      <w:tcPr>
        <w:tcBorders>
          <w:top w:val="single" w:sz="8" w:space="0" w:color="0F3C4F" w:themeColor="accent1"/>
          <w:left w:val="single" w:sz="8" w:space="0" w:color="0F3C4F" w:themeColor="accent1"/>
          <w:bottom w:val="single" w:sz="8" w:space="0" w:color="0F3C4F" w:themeColor="accent1"/>
          <w:right w:val="single" w:sz="8" w:space="0" w:color="0F3C4F" w:themeColor="accent1"/>
          <w:insideV w:val="single" w:sz="8" w:space="0" w:color="0F3C4F" w:themeColor="accent1"/>
        </w:tcBorders>
        <w:shd w:val="clear" w:color="auto" w:fill="A8D9EE" w:themeFill="accent1" w:themeFillTint="3F"/>
      </w:tcPr>
    </w:tblStylePr>
    <w:tblStylePr w:type="band2Horz">
      <w:tblPr/>
      <w:tcPr>
        <w:tcBorders>
          <w:top w:val="single" w:sz="8" w:space="0" w:color="0F3C4F" w:themeColor="accent1"/>
          <w:left w:val="single" w:sz="8" w:space="0" w:color="0F3C4F" w:themeColor="accent1"/>
          <w:bottom w:val="single" w:sz="8" w:space="0" w:color="0F3C4F" w:themeColor="accent1"/>
          <w:right w:val="single" w:sz="8" w:space="0" w:color="0F3C4F" w:themeColor="accent1"/>
          <w:insideV w:val="single" w:sz="8" w:space="0" w:color="0F3C4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35244" w:themeColor="accent2"/>
        <w:left w:val="single" w:sz="8" w:space="0" w:color="035244" w:themeColor="accent2"/>
        <w:bottom w:val="single" w:sz="8" w:space="0" w:color="035244" w:themeColor="accent2"/>
        <w:right w:val="single" w:sz="8" w:space="0" w:color="035244" w:themeColor="accent2"/>
        <w:insideH w:val="single" w:sz="8" w:space="0" w:color="035244" w:themeColor="accent2"/>
        <w:insideV w:val="single" w:sz="8" w:space="0" w:color="0352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35244" w:themeColor="accent2"/>
          <w:left w:val="single" w:sz="8" w:space="0" w:color="035244" w:themeColor="accent2"/>
          <w:bottom w:val="single" w:sz="18" w:space="0" w:color="035244" w:themeColor="accent2"/>
          <w:right w:val="single" w:sz="8" w:space="0" w:color="035244" w:themeColor="accent2"/>
          <w:insideH w:val="nil"/>
          <w:insideV w:val="single" w:sz="8" w:space="0" w:color="0352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35244" w:themeColor="accent2"/>
          <w:left w:val="single" w:sz="8" w:space="0" w:color="035244" w:themeColor="accent2"/>
          <w:bottom w:val="single" w:sz="8" w:space="0" w:color="035244" w:themeColor="accent2"/>
          <w:right w:val="single" w:sz="8" w:space="0" w:color="035244" w:themeColor="accent2"/>
          <w:insideH w:val="nil"/>
          <w:insideV w:val="single" w:sz="8" w:space="0" w:color="0352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35244" w:themeColor="accent2"/>
          <w:left w:val="single" w:sz="8" w:space="0" w:color="035244" w:themeColor="accent2"/>
          <w:bottom w:val="single" w:sz="8" w:space="0" w:color="035244" w:themeColor="accent2"/>
          <w:right w:val="single" w:sz="8" w:space="0" w:color="035244" w:themeColor="accent2"/>
        </w:tcBorders>
      </w:tcPr>
    </w:tblStylePr>
    <w:tblStylePr w:type="band1Vert">
      <w:tblPr/>
      <w:tcPr>
        <w:tcBorders>
          <w:top w:val="single" w:sz="8" w:space="0" w:color="035244" w:themeColor="accent2"/>
          <w:left w:val="single" w:sz="8" w:space="0" w:color="035244" w:themeColor="accent2"/>
          <w:bottom w:val="single" w:sz="8" w:space="0" w:color="035244" w:themeColor="accent2"/>
          <w:right w:val="single" w:sz="8" w:space="0" w:color="035244" w:themeColor="accent2"/>
        </w:tcBorders>
        <w:shd w:val="clear" w:color="auto" w:fill="99FBE9" w:themeFill="accent2" w:themeFillTint="3F"/>
      </w:tcPr>
    </w:tblStylePr>
    <w:tblStylePr w:type="band1Horz">
      <w:tblPr/>
      <w:tcPr>
        <w:tcBorders>
          <w:top w:val="single" w:sz="8" w:space="0" w:color="035244" w:themeColor="accent2"/>
          <w:left w:val="single" w:sz="8" w:space="0" w:color="035244" w:themeColor="accent2"/>
          <w:bottom w:val="single" w:sz="8" w:space="0" w:color="035244" w:themeColor="accent2"/>
          <w:right w:val="single" w:sz="8" w:space="0" w:color="035244" w:themeColor="accent2"/>
          <w:insideV w:val="single" w:sz="8" w:space="0" w:color="035244" w:themeColor="accent2"/>
        </w:tcBorders>
        <w:shd w:val="clear" w:color="auto" w:fill="99FBE9" w:themeFill="accent2" w:themeFillTint="3F"/>
      </w:tcPr>
    </w:tblStylePr>
    <w:tblStylePr w:type="band2Horz">
      <w:tblPr/>
      <w:tcPr>
        <w:tcBorders>
          <w:top w:val="single" w:sz="8" w:space="0" w:color="035244" w:themeColor="accent2"/>
          <w:left w:val="single" w:sz="8" w:space="0" w:color="035244" w:themeColor="accent2"/>
          <w:bottom w:val="single" w:sz="8" w:space="0" w:color="035244" w:themeColor="accent2"/>
          <w:right w:val="single" w:sz="8" w:space="0" w:color="035244" w:themeColor="accent2"/>
          <w:insideV w:val="single" w:sz="8" w:space="0" w:color="035244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C3343" w:themeColor="accent3"/>
        <w:left w:val="single" w:sz="8" w:space="0" w:color="0C3343" w:themeColor="accent3"/>
        <w:bottom w:val="single" w:sz="8" w:space="0" w:color="0C3343" w:themeColor="accent3"/>
        <w:right w:val="single" w:sz="8" w:space="0" w:color="0C3343" w:themeColor="accent3"/>
        <w:insideH w:val="single" w:sz="8" w:space="0" w:color="0C3343" w:themeColor="accent3"/>
        <w:insideV w:val="single" w:sz="8" w:space="0" w:color="0C334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C3343" w:themeColor="accent3"/>
          <w:left w:val="single" w:sz="8" w:space="0" w:color="0C3343" w:themeColor="accent3"/>
          <w:bottom w:val="single" w:sz="18" w:space="0" w:color="0C3343" w:themeColor="accent3"/>
          <w:right w:val="single" w:sz="8" w:space="0" w:color="0C3343" w:themeColor="accent3"/>
          <w:insideH w:val="nil"/>
          <w:insideV w:val="single" w:sz="8" w:space="0" w:color="0C334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C3343" w:themeColor="accent3"/>
          <w:left w:val="single" w:sz="8" w:space="0" w:color="0C3343" w:themeColor="accent3"/>
          <w:bottom w:val="single" w:sz="8" w:space="0" w:color="0C3343" w:themeColor="accent3"/>
          <w:right w:val="single" w:sz="8" w:space="0" w:color="0C3343" w:themeColor="accent3"/>
          <w:insideH w:val="nil"/>
          <w:insideV w:val="single" w:sz="8" w:space="0" w:color="0C334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C3343" w:themeColor="accent3"/>
          <w:left w:val="single" w:sz="8" w:space="0" w:color="0C3343" w:themeColor="accent3"/>
          <w:bottom w:val="single" w:sz="8" w:space="0" w:color="0C3343" w:themeColor="accent3"/>
          <w:right w:val="single" w:sz="8" w:space="0" w:color="0C3343" w:themeColor="accent3"/>
        </w:tcBorders>
      </w:tcPr>
    </w:tblStylePr>
    <w:tblStylePr w:type="band1Vert">
      <w:tblPr/>
      <w:tcPr>
        <w:tcBorders>
          <w:top w:val="single" w:sz="8" w:space="0" w:color="0C3343" w:themeColor="accent3"/>
          <w:left w:val="single" w:sz="8" w:space="0" w:color="0C3343" w:themeColor="accent3"/>
          <w:bottom w:val="single" w:sz="8" w:space="0" w:color="0C3343" w:themeColor="accent3"/>
          <w:right w:val="single" w:sz="8" w:space="0" w:color="0C3343" w:themeColor="accent3"/>
        </w:tcBorders>
        <w:shd w:val="clear" w:color="auto" w:fill="A4D8EE" w:themeFill="accent3" w:themeFillTint="3F"/>
      </w:tcPr>
    </w:tblStylePr>
    <w:tblStylePr w:type="band1Horz">
      <w:tblPr/>
      <w:tcPr>
        <w:tcBorders>
          <w:top w:val="single" w:sz="8" w:space="0" w:color="0C3343" w:themeColor="accent3"/>
          <w:left w:val="single" w:sz="8" w:space="0" w:color="0C3343" w:themeColor="accent3"/>
          <w:bottom w:val="single" w:sz="8" w:space="0" w:color="0C3343" w:themeColor="accent3"/>
          <w:right w:val="single" w:sz="8" w:space="0" w:color="0C3343" w:themeColor="accent3"/>
          <w:insideV w:val="single" w:sz="8" w:space="0" w:color="0C3343" w:themeColor="accent3"/>
        </w:tcBorders>
        <w:shd w:val="clear" w:color="auto" w:fill="A4D8EE" w:themeFill="accent3" w:themeFillTint="3F"/>
      </w:tcPr>
    </w:tblStylePr>
    <w:tblStylePr w:type="band2Horz">
      <w:tblPr/>
      <w:tcPr>
        <w:tcBorders>
          <w:top w:val="single" w:sz="8" w:space="0" w:color="0C3343" w:themeColor="accent3"/>
          <w:left w:val="single" w:sz="8" w:space="0" w:color="0C3343" w:themeColor="accent3"/>
          <w:bottom w:val="single" w:sz="8" w:space="0" w:color="0C3343" w:themeColor="accent3"/>
          <w:right w:val="single" w:sz="8" w:space="0" w:color="0C3343" w:themeColor="accent3"/>
          <w:insideV w:val="single" w:sz="8" w:space="0" w:color="0C3343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F5A27" w:themeColor="accent4"/>
        <w:left w:val="single" w:sz="8" w:space="0" w:color="EF5A27" w:themeColor="accent4"/>
        <w:bottom w:val="single" w:sz="8" w:space="0" w:color="EF5A27" w:themeColor="accent4"/>
        <w:right w:val="single" w:sz="8" w:space="0" w:color="EF5A27" w:themeColor="accent4"/>
        <w:insideH w:val="single" w:sz="8" w:space="0" w:color="EF5A27" w:themeColor="accent4"/>
        <w:insideV w:val="single" w:sz="8" w:space="0" w:color="EF5A2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5A27" w:themeColor="accent4"/>
          <w:left w:val="single" w:sz="8" w:space="0" w:color="EF5A27" w:themeColor="accent4"/>
          <w:bottom w:val="single" w:sz="18" w:space="0" w:color="EF5A27" w:themeColor="accent4"/>
          <w:right w:val="single" w:sz="8" w:space="0" w:color="EF5A27" w:themeColor="accent4"/>
          <w:insideH w:val="nil"/>
          <w:insideV w:val="single" w:sz="8" w:space="0" w:color="EF5A2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5A27" w:themeColor="accent4"/>
          <w:left w:val="single" w:sz="8" w:space="0" w:color="EF5A27" w:themeColor="accent4"/>
          <w:bottom w:val="single" w:sz="8" w:space="0" w:color="EF5A27" w:themeColor="accent4"/>
          <w:right w:val="single" w:sz="8" w:space="0" w:color="EF5A27" w:themeColor="accent4"/>
          <w:insideH w:val="nil"/>
          <w:insideV w:val="single" w:sz="8" w:space="0" w:color="EF5A2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5A27" w:themeColor="accent4"/>
          <w:left w:val="single" w:sz="8" w:space="0" w:color="EF5A27" w:themeColor="accent4"/>
          <w:bottom w:val="single" w:sz="8" w:space="0" w:color="EF5A27" w:themeColor="accent4"/>
          <w:right w:val="single" w:sz="8" w:space="0" w:color="EF5A27" w:themeColor="accent4"/>
        </w:tcBorders>
      </w:tcPr>
    </w:tblStylePr>
    <w:tblStylePr w:type="band1Vert">
      <w:tblPr/>
      <w:tcPr>
        <w:tcBorders>
          <w:top w:val="single" w:sz="8" w:space="0" w:color="EF5A27" w:themeColor="accent4"/>
          <w:left w:val="single" w:sz="8" w:space="0" w:color="EF5A27" w:themeColor="accent4"/>
          <w:bottom w:val="single" w:sz="8" w:space="0" w:color="EF5A27" w:themeColor="accent4"/>
          <w:right w:val="single" w:sz="8" w:space="0" w:color="EF5A27" w:themeColor="accent4"/>
        </w:tcBorders>
        <w:shd w:val="clear" w:color="auto" w:fill="FBD6C9" w:themeFill="accent4" w:themeFillTint="3F"/>
      </w:tcPr>
    </w:tblStylePr>
    <w:tblStylePr w:type="band1Horz">
      <w:tblPr/>
      <w:tcPr>
        <w:tcBorders>
          <w:top w:val="single" w:sz="8" w:space="0" w:color="EF5A27" w:themeColor="accent4"/>
          <w:left w:val="single" w:sz="8" w:space="0" w:color="EF5A27" w:themeColor="accent4"/>
          <w:bottom w:val="single" w:sz="8" w:space="0" w:color="EF5A27" w:themeColor="accent4"/>
          <w:right w:val="single" w:sz="8" w:space="0" w:color="EF5A27" w:themeColor="accent4"/>
          <w:insideV w:val="single" w:sz="8" w:space="0" w:color="EF5A27" w:themeColor="accent4"/>
        </w:tcBorders>
        <w:shd w:val="clear" w:color="auto" w:fill="FBD6C9" w:themeFill="accent4" w:themeFillTint="3F"/>
      </w:tcPr>
    </w:tblStylePr>
    <w:tblStylePr w:type="band2Horz">
      <w:tblPr/>
      <w:tcPr>
        <w:tcBorders>
          <w:top w:val="single" w:sz="8" w:space="0" w:color="EF5A27" w:themeColor="accent4"/>
          <w:left w:val="single" w:sz="8" w:space="0" w:color="EF5A27" w:themeColor="accent4"/>
          <w:bottom w:val="single" w:sz="8" w:space="0" w:color="EF5A27" w:themeColor="accent4"/>
          <w:right w:val="single" w:sz="8" w:space="0" w:color="EF5A27" w:themeColor="accent4"/>
          <w:insideV w:val="single" w:sz="8" w:space="0" w:color="EF5A27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07F8A" w:themeColor="accent5"/>
        <w:left w:val="single" w:sz="8" w:space="0" w:color="107F8A" w:themeColor="accent5"/>
        <w:bottom w:val="single" w:sz="8" w:space="0" w:color="107F8A" w:themeColor="accent5"/>
        <w:right w:val="single" w:sz="8" w:space="0" w:color="107F8A" w:themeColor="accent5"/>
        <w:insideH w:val="single" w:sz="8" w:space="0" w:color="107F8A" w:themeColor="accent5"/>
        <w:insideV w:val="single" w:sz="8" w:space="0" w:color="107F8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7F8A" w:themeColor="accent5"/>
          <w:left w:val="single" w:sz="8" w:space="0" w:color="107F8A" w:themeColor="accent5"/>
          <w:bottom w:val="single" w:sz="18" w:space="0" w:color="107F8A" w:themeColor="accent5"/>
          <w:right w:val="single" w:sz="8" w:space="0" w:color="107F8A" w:themeColor="accent5"/>
          <w:insideH w:val="nil"/>
          <w:insideV w:val="single" w:sz="8" w:space="0" w:color="107F8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7F8A" w:themeColor="accent5"/>
          <w:left w:val="single" w:sz="8" w:space="0" w:color="107F8A" w:themeColor="accent5"/>
          <w:bottom w:val="single" w:sz="8" w:space="0" w:color="107F8A" w:themeColor="accent5"/>
          <w:right w:val="single" w:sz="8" w:space="0" w:color="107F8A" w:themeColor="accent5"/>
          <w:insideH w:val="nil"/>
          <w:insideV w:val="single" w:sz="8" w:space="0" w:color="107F8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7F8A" w:themeColor="accent5"/>
          <w:left w:val="single" w:sz="8" w:space="0" w:color="107F8A" w:themeColor="accent5"/>
          <w:bottom w:val="single" w:sz="8" w:space="0" w:color="107F8A" w:themeColor="accent5"/>
          <w:right w:val="single" w:sz="8" w:space="0" w:color="107F8A" w:themeColor="accent5"/>
        </w:tcBorders>
      </w:tcPr>
    </w:tblStylePr>
    <w:tblStylePr w:type="band1Vert">
      <w:tblPr/>
      <w:tcPr>
        <w:tcBorders>
          <w:top w:val="single" w:sz="8" w:space="0" w:color="107F8A" w:themeColor="accent5"/>
          <w:left w:val="single" w:sz="8" w:space="0" w:color="107F8A" w:themeColor="accent5"/>
          <w:bottom w:val="single" w:sz="8" w:space="0" w:color="107F8A" w:themeColor="accent5"/>
          <w:right w:val="single" w:sz="8" w:space="0" w:color="107F8A" w:themeColor="accent5"/>
        </w:tcBorders>
        <w:shd w:val="clear" w:color="auto" w:fill="B0EFF6" w:themeFill="accent5" w:themeFillTint="3F"/>
      </w:tcPr>
    </w:tblStylePr>
    <w:tblStylePr w:type="band1Horz">
      <w:tblPr/>
      <w:tcPr>
        <w:tcBorders>
          <w:top w:val="single" w:sz="8" w:space="0" w:color="107F8A" w:themeColor="accent5"/>
          <w:left w:val="single" w:sz="8" w:space="0" w:color="107F8A" w:themeColor="accent5"/>
          <w:bottom w:val="single" w:sz="8" w:space="0" w:color="107F8A" w:themeColor="accent5"/>
          <w:right w:val="single" w:sz="8" w:space="0" w:color="107F8A" w:themeColor="accent5"/>
          <w:insideV w:val="single" w:sz="8" w:space="0" w:color="107F8A" w:themeColor="accent5"/>
        </w:tcBorders>
        <w:shd w:val="clear" w:color="auto" w:fill="B0EFF6" w:themeFill="accent5" w:themeFillTint="3F"/>
      </w:tcPr>
    </w:tblStylePr>
    <w:tblStylePr w:type="band2Horz">
      <w:tblPr/>
      <w:tcPr>
        <w:tcBorders>
          <w:top w:val="single" w:sz="8" w:space="0" w:color="107F8A" w:themeColor="accent5"/>
          <w:left w:val="single" w:sz="8" w:space="0" w:color="107F8A" w:themeColor="accent5"/>
          <w:bottom w:val="single" w:sz="8" w:space="0" w:color="107F8A" w:themeColor="accent5"/>
          <w:right w:val="single" w:sz="8" w:space="0" w:color="107F8A" w:themeColor="accent5"/>
          <w:insideV w:val="single" w:sz="8" w:space="0" w:color="107F8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1313" w:themeColor="accent6"/>
        <w:left w:val="single" w:sz="8" w:space="0" w:color="0F1313" w:themeColor="accent6"/>
        <w:bottom w:val="single" w:sz="8" w:space="0" w:color="0F1313" w:themeColor="accent6"/>
        <w:right w:val="single" w:sz="8" w:space="0" w:color="0F1313" w:themeColor="accent6"/>
        <w:insideH w:val="single" w:sz="8" w:space="0" w:color="0F1313" w:themeColor="accent6"/>
        <w:insideV w:val="single" w:sz="8" w:space="0" w:color="0F131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1313" w:themeColor="accent6"/>
          <w:left w:val="single" w:sz="8" w:space="0" w:color="0F1313" w:themeColor="accent6"/>
          <w:bottom w:val="single" w:sz="18" w:space="0" w:color="0F1313" w:themeColor="accent6"/>
          <w:right w:val="single" w:sz="8" w:space="0" w:color="0F1313" w:themeColor="accent6"/>
          <w:insideH w:val="nil"/>
          <w:insideV w:val="single" w:sz="8" w:space="0" w:color="0F131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1313" w:themeColor="accent6"/>
          <w:left w:val="single" w:sz="8" w:space="0" w:color="0F1313" w:themeColor="accent6"/>
          <w:bottom w:val="single" w:sz="8" w:space="0" w:color="0F1313" w:themeColor="accent6"/>
          <w:right w:val="single" w:sz="8" w:space="0" w:color="0F1313" w:themeColor="accent6"/>
          <w:insideH w:val="nil"/>
          <w:insideV w:val="single" w:sz="8" w:space="0" w:color="0F131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1313" w:themeColor="accent6"/>
          <w:left w:val="single" w:sz="8" w:space="0" w:color="0F1313" w:themeColor="accent6"/>
          <w:bottom w:val="single" w:sz="8" w:space="0" w:color="0F1313" w:themeColor="accent6"/>
          <w:right w:val="single" w:sz="8" w:space="0" w:color="0F1313" w:themeColor="accent6"/>
        </w:tcBorders>
      </w:tcPr>
    </w:tblStylePr>
    <w:tblStylePr w:type="band1Vert">
      <w:tblPr/>
      <w:tcPr>
        <w:tcBorders>
          <w:top w:val="single" w:sz="8" w:space="0" w:color="0F1313" w:themeColor="accent6"/>
          <w:left w:val="single" w:sz="8" w:space="0" w:color="0F1313" w:themeColor="accent6"/>
          <w:bottom w:val="single" w:sz="8" w:space="0" w:color="0F1313" w:themeColor="accent6"/>
          <w:right w:val="single" w:sz="8" w:space="0" w:color="0F1313" w:themeColor="accent6"/>
        </w:tcBorders>
        <w:shd w:val="clear" w:color="auto" w:fill="BDCBCB" w:themeFill="accent6" w:themeFillTint="3F"/>
      </w:tcPr>
    </w:tblStylePr>
    <w:tblStylePr w:type="band1Horz">
      <w:tblPr/>
      <w:tcPr>
        <w:tcBorders>
          <w:top w:val="single" w:sz="8" w:space="0" w:color="0F1313" w:themeColor="accent6"/>
          <w:left w:val="single" w:sz="8" w:space="0" w:color="0F1313" w:themeColor="accent6"/>
          <w:bottom w:val="single" w:sz="8" w:space="0" w:color="0F1313" w:themeColor="accent6"/>
          <w:right w:val="single" w:sz="8" w:space="0" w:color="0F1313" w:themeColor="accent6"/>
          <w:insideV w:val="single" w:sz="8" w:space="0" w:color="0F1313" w:themeColor="accent6"/>
        </w:tcBorders>
        <w:shd w:val="clear" w:color="auto" w:fill="BDCBCB" w:themeFill="accent6" w:themeFillTint="3F"/>
      </w:tcPr>
    </w:tblStylePr>
    <w:tblStylePr w:type="band2Horz">
      <w:tblPr/>
      <w:tcPr>
        <w:tcBorders>
          <w:top w:val="single" w:sz="8" w:space="0" w:color="0F1313" w:themeColor="accent6"/>
          <w:left w:val="single" w:sz="8" w:space="0" w:color="0F1313" w:themeColor="accent6"/>
          <w:bottom w:val="single" w:sz="8" w:space="0" w:color="0F1313" w:themeColor="accent6"/>
          <w:right w:val="single" w:sz="8" w:space="0" w:color="0F1313" w:themeColor="accent6"/>
          <w:insideV w:val="single" w:sz="8" w:space="0" w:color="0F1313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35555" w:themeColor="text1" w:themeTint="BF"/>
        <w:left w:val="single" w:sz="8" w:space="0" w:color="435555" w:themeColor="text1" w:themeTint="BF"/>
        <w:bottom w:val="single" w:sz="8" w:space="0" w:color="435555" w:themeColor="text1" w:themeTint="BF"/>
        <w:right w:val="single" w:sz="8" w:space="0" w:color="435555" w:themeColor="text1" w:themeTint="BF"/>
        <w:insideH w:val="single" w:sz="8" w:space="0" w:color="435555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5555" w:themeColor="text1" w:themeTint="BF"/>
          <w:left w:val="single" w:sz="8" w:space="0" w:color="435555" w:themeColor="text1" w:themeTint="BF"/>
          <w:bottom w:val="single" w:sz="8" w:space="0" w:color="435555" w:themeColor="text1" w:themeTint="BF"/>
          <w:right w:val="single" w:sz="8" w:space="0" w:color="435555" w:themeColor="text1" w:themeTint="BF"/>
          <w:insideH w:val="nil"/>
          <w:insideV w:val="nil"/>
        </w:tcBorders>
        <w:shd w:val="clear" w:color="auto" w:fill="0F131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5555" w:themeColor="text1" w:themeTint="BF"/>
          <w:left w:val="single" w:sz="8" w:space="0" w:color="435555" w:themeColor="text1" w:themeTint="BF"/>
          <w:bottom w:val="single" w:sz="8" w:space="0" w:color="435555" w:themeColor="text1" w:themeTint="BF"/>
          <w:right w:val="single" w:sz="8" w:space="0" w:color="435555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BC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CBC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7EA6" w:themeColor="accent1" w:themeTint="BF"/>
        <w:left w:val="single" w:sz="8" w:space="0" w:color="1F7EA6" w:themeColor="accent1" w:themeTint="BF"/>
        <w:bottom w:val="single" w:sz="8" w:space="0" w:color="1F7EA6" w:themeColor="accent1" w:themeTint="BF"/>
        <w:right w:val="single" w:sz="8" w:space="0" w:color="1F7EA6" w:themeColor="accent1" w:themeTint="BF"/>
        <w:insideH w:val="single" w:sz="8" w:space="0" w:color="1F7EA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F7EA6" w:themeColor="accent1" w:themeTint="BF"/>
          <w:left w:val="single" w:sz="8" w:space="0" w:color="1F7EA6" w:themeColor="accent1" w:themeTint="BF"/>
          <w:bottom w:val="single" w:sz="8" w:space="0" w:color="1F7EA6" w:themeColor="accent1" w:themeTint="BF"/>
          <w:right w:val="single" w:sz="8" w:space="0" w:color="1F7EA6" w:themeColor="accent1" w:themeTint="BF"/>
          <w:insideH w:val="nil"/>
          <w:insideV w:val="nil"/>
        </w:tcBorders>
        <w:shd w:val="clear" w:color="auto" w:fill="0F3C4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7EA6" w:themeColor="accent1" w:themeTint="BF"/>
          <w:left w:val="single" w:sz="8" w:space="0" w:color="1F7EA6" w:themeColor="accent1" w:themeTint="BF"/>
          <w:bottom w:val="single" w:sz="8" w:space="0" w:color="1F7EA6" w:themeColor="accent1" w:themeTint="BF"/>
          <w:right w:val="single" w:sz="8" w:space="0" w:color="1F7EA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9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9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6B898" w:themeColor="accent2" w:themeTint="BF"/>
        <w:left w:val="single" w:sz="8" w:space="0" w:color="06B898" w:themeColor="accent2" w:themeTint="BF"/>
        <w:bottom w:val="single" w:sz="8" w:space="0" w:color="06B898" w:themeColor="accent2" w:themeTint="BF"/>
        <w:right w:val="single" w:sz="8" w:space="0" w:color="06B898" w:themeColor="accent2" w:themeTint="BF"/>
        <w:insideH w:val="single" w:sz="8" w:space="0" w:color="06B89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6B898" w:themeColor="accent2" w:themeTint="BF"/>
          <w:left w:val="single" w:sz="8" w:space="0" w:color="06B898" w:themeColor="accent2" w:themeTint="BF"/>
          <w:bottom w:val="single" w:sz="8" w:space="0" w:color="06B898" w:themeColor="accent2" w:themeTint="BF"/>
          <w:right w:val="single" w:sz="8" w:space="0" w:color="06B898" w:themeColor="accent2" w:themeTint="BF"/>
          <w:insideH w:val="nil"/>
          <w:insideV w:val="nil"/>
        </w:tcBorders>
        <w:shd w:val="clear" w:color="auto" w:fill="0352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B898" w:themeColor="accent2" w:themeTint="BF"/>
          <w:left w:val="single" w:sz="8" w:space="0" w:color="06B898" w:themeColor="accent2" w:themeTint="BF"/>
          <w:bottom w:val="single" w:sz="8" w:space="0" w:color="06B898" w:themeColor="accent2" w:themeTint="BF"/>
          <w:right w:val="single" w:sz="8" w:space="0" w:color="06B89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FBE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9FBE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C789E" w:themeColor="accent3" w:themeTint="BF"/>
        <w:left w:val="single" w:sz="8" w:space="0" w:color="1C789E" w:themeColor="accent3" w:themeTint="BF"/>
        <w:bottom w:val="single" w:sz="8" w:space="0" w:color="1C789E" w:themeColor="accent3" w:themeTint="BF"/>
        <w:right w:val="single" w:sz="8" w:space="0" w:color="1C789E" w:themeColor="accent3" w:themeTint="BF"/>
        <w:insideH w:val="single" w:sz="8" w:space="0" w:color="1C789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C789E" w:themeColor="accent3" w:themeTint="BF"/>
          <w:left w:val="single" w:sz="8" w:space="0" w:color="1C789E" w:themeColor="accent3" w:themeTint="BF"/>
          <w:bottom w:val="single" w:sz="8" w:space="0" w:color="1C789E" w:themeColor="accent3" w:themeTint="BF"/>
          <w:right w:val="single" w:sz="8" w:space="0" w:color="1C789E" w:themeColor="accent3" w:themeTint="BF"/>
          <w:insideH w:val="nil"/>
          <w:insideV w:val="nil"/>
        </w:tcBorders>
        <w:shd w:val="clear" w:color="auto" w:fill="0C334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C789E" w:themeColor="accent3" w:themeTint="BF"/>
          <w:left w:val="single" w:sz="8" w:space="0" w:color="1C789E" w:themeColor="accent3" w:themeTint="BF"/>
          <w:bottom w:val="single" w:sz="8" w:space="0" w:color="1C789E" w:themeColor="accent3" w:themeTint="BF"/>
          <w:right w:val="single" w:sz="8" w:space="0" w:color="1C789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8E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8E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3835D" w:themeColor="accent4" w:themeTint="BF"/>
        <w:left w:val="single" w:sz="8" w:space="0" w:color="F3835D" w:themeColor="accent4" w:themeTint="BF"/>
        <w:bottom w:val="single" w:sz="8" w:space="0" w:color="F3835D" w:themeColor="accent4" w:themeTint="BF"/>
        <w:right w:val="single" w:sz="8" w:space="0" w:color="F3835D" w:themeColor="accent4" w:themeTint="BF"/>
        <w:insideH w:val="single" w:sz="8" w:space="0" w:color="F3835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835D" w:themeColor="accent4" w:themeTint="BF"/>
          <w:left w:val="single" w:sz="8" w:space="0" w:color="F3835D" w:themeColor="accent4" w:themeTint="BF"/>
          <w:bottom w:val="single" w:sz="8" w:space="0" w:color="F3835D" w:themeColor="accent4" w:themeTint="BF"/>
          <w:right w:val="single" w:sz="8" w:space="0" w:color="F3835D" w:themeColor="accent4" w:themeTint="BF"/>
          <w:insideH w:val="nil"/>
          <w:insideV w:val="nil"/>
        </w:tcBorders>
        <w:shd w:val="clear" w:color="auto" w:fill="EF5A2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835D" w:themeColor="accent4" w:themeTint="BF"/>
          <w:left w:val="single" w:sz="8" w:space="0" w:color="F3835D" w:themeColor="accent4" w:themeTint="BF"/>
          <w:bottom w:val="single" w:sz="8" w:space="0" w:color="F3835D" w:themeColor="accent4" w:themeTint="BF"/>
          <w:right w:val="single" w:sz="8" w:space="0" w:color="F3835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6C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6C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C8DA" w:themeColor="accent5" w:themeTint="BF"/>
        <w:left w:val="single" w:sz="8" w:space="0" w:color="19C8DA" w:themeColor="accent5" w:themeTint="BF"/>
        <w:bottom w:val="single" w:sz="8" w:space="0" w:color="19C8DA" w:themeColor="accent5" w:themeTint="BF"/>
        <w:right w:val="single" w:sz="8" w:space="0" w:color="19C8DA" w:themeColor="accent5" w:themeTint="BF"/>
        <w:insideH w:val="single" w:sz="8" w:space="0" w:color="19C8D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9C8DA" w:themeColor="accent5" w:themeTint="BF"/>
          <w:left w:val="single" w:sz="8" w:space="0" w:color="19C8DA" w:themeColor="accent5" w:themeTint="BF"/>
          <w:bottom w:val="single" w:sz="8" w:space="0" w:color="19C8DA" w:themeColor="accent5" w:themeTint="BF"/>
          <w:right w:val="single" w:sz="8" w:space="0" w:color="19C8DA" w:themeColor="accent5" w:themeTint="BF"/>
          <w:insideH w:val="nil"/>
          <w:insideV w:val="nil"/>
        </w:tcBorders>
        <w:shd w:val="clear" w:color="auto" w:fill="107F8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C8DA" w:themeColor="accent5" w:themeTint="BF"/>
          <w:left w:val="single" w:sz="8" w:space="0" w:color="19C8DA" w:themeColor="accent5" w:themeTint="BF"/>
          <w:bottom w:val="single" w:sz="8" w:space="0" w:color="19C8DA" w:themeColor="accent5" w:themeTint="BF"/>
          <w:right w:val="single" w:sz="8" w:space="0" w:color="19C8D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EF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EF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35555" w:themeColor="accent6" w:themeTint="BF"/>
        <w:left w:val="single" w:sz="8" w:space="0" w:color="435555" w:themeColor="accent6" w:themeTint="BF"/>
        <w:bottom w:val="single" w:sz="8" w:space="0" w:color="435555" w:themeColor="accent6" w:themeTint="BF"/>
        <w:right w:val="single" w:sz="8" w:space="0" w:color="435555" w:themeColor="accent6" w:themeTint="BF"/>
        <w:insideH w:val="single" w:sz="8" w:space="0" w:color="43555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5555" w:themeColor="accent6" w:themeTint="BF"/>
          <w:left w:val="single" w:sz="8" w:space="0" w:color="435555" w:themeColor="accent6" w:themeTint="BF"/>
          <w:bottom w:val="single" w:sz="8" w:space="0" w:color="435555" w:themeColor="accent6" w:themeTint="BF"/>
          <w:right w:val="single" w:sz="8" w:space="0" w:color="435555" w:themeColor="accent6" w:themeTint="BF"/>
          <w:insideH w:val="nil"/>
          <w:insideV w:val="nil"/>
        </w:tcBorders>
        <w:shd w:val="clear" w:color="auto" w:fill="0F131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5555" w:themeColor="accent6" w:themeTint="BF"/>
          <w:left w:val="single" w:sz="8" w:space="0" w:color="435555" w:themeColor="accent6" w:themeTint="BF"/>
          <w:bottom w:val="single" w:sz="8" w:space="0" w:color="435555" w:themeColor="accent6" w:themeTint="BF"/>
          <w:right w:val="single" w:sz="8" w:space="0" w:color="43555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BC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CBC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1313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131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1313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C4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C4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C4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352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352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352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C334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C334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C334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5A2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5A2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5A2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7F8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7F8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7F8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131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131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131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top w:val="single" w:sz="8" w:space="0" w:color="0F1313" w:themeColor="text1"/>
        <w:bottom w:val="single" w:sz="8" w:space="0" w:color="0F1313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1313" w:themeColor="text1"/>
        </w:tcBorders>
      </w:tcPr>
    </w:tblStylePr>
    <w:tblStylePr w:type="lastRow">
      <w:rPr>
        <w:b/>
        <w:bCs/>
        <w:color w:val="0F3C4F" w:themeColor="text2"/>
      </w:rPr>
      <w:tblPr/>
      <w:tcPr>
        <w:tcBorders>
          <w:top w:val="single" w:sz="8" w:space="0" w:color="0F1313" w:themeColor="text1"/>
          <w:bottom w:val="single" w:sz="8" w:space="0" w:color="0F131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1313" w:themeColor="text1"/>
          <w:bottom w:val="single" w:sz="8" w:space="0" w:color="0F1313" w:themeColor="text1"/>
        </w:tcBorders>
      </w:tcPr>
    </w:tblStylePr>
    <w:tblStylePr w:type="band1Vert">
      <w:tblPr/>
      <w:tcPr>
        <w:shd w:val="clear" w:color="auto" w:fill="BDCBCB" w:themeFill="text1" w:themeFillTint="3F"/>
      </w:tcPr>
    </w:tblStylePr>
    <w:tblStylePr w:type="band1Horz">
      <w:tblPr/>
      <w:tcPr>
        <w:shd w:val="clear" w:color="auto" w:fill="BDCBCB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top w:val="single" w:sz="8" w:space="0" w:color="0F3C4F" w:themeColor="accent1"/>
        <w:bottom w:val="single" w:sz="8" w:space="0" w:color="0F3C4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C4F" w:themeColor="accent1"/>
        </w:tcBorders>
      </w:tcPr>
    </w:tblStylePr>
    <w:tblStylePr w:type="lastRow">
      <w:rPr>
        <w:b/>
        <w:bCs/>
        <w:color w:val="0F3C4F" w:themeColor="text2"/>
      </w:rPr>
      <w:tblPr/>
      <w:tcPr>
        <w:tcBorders>
          <w:top w:val="single" w:sz="8" w:space="0" w:color="0F3C4F" w:themeColor="accent1"/>
          <w:bottom w:val="single" w:sz="8" w:space="0" w:color="0F3C4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C4F" w:themeColor="accent1"/>
          <w:bottom w:val="single" w:sz="8" w:space="0" w:color="0F3C4F" w:themeColor="accent1"/>
        </w:tcBorders>
      </w:tcPr>
    </w:tblStylePr>
    <w:tblStylePr w:type="band1Vert">
      <w:tblPr/>
      <w:tcPr>
        <w:shd w:val="clear" w:color="auto" w:fill="A8D9EE" w:themeFill="accent1" w:themeFillTint="3F"/>
      </w:tcPr>
    </w:tblStylePr>
    <w:tblStylePr w:type="band1Horz">
      <w:tblPr/>
      <w:tcPr>
        <w:shd w:val="clear" w:color="auto" w:fill="A8D9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top w:val="single" w:sz="8" w:space="0" w:color="035244" w:themeColor="accent2"/>
        <w:bottom w:val="single" w:sz="8" w:space="0" w:color="0352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35244" w:themeColor="accent2"/>
        </w:tcBorders>
      </w:tcPr>
    </w:tblStylePr>
    <w:tblStylePr w:type="lastRow">
      <w:rPr>
        <w:b/>
        <w:bCs/>
        <w:color w:val="0F3C4F" w:themeColor="text2"/>
      </w:rPr>
      <w:tblPr/>
      <w:tcPr>
        <w:tcBorders>
          <w:top w:val="single" w:sz="8" w:space="0" w:color="035244" w:themeColor="accent2"/>
          <w:bottom w:val="single" w:sz="8" w:space="0" w:color="0352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35244" w:themeColor="accent2"/>
          <w:bottom w:val="single" w:sz="8" w:space="0" w:color="035244" w:themeColor="accent2"/>
        </w:tcBorders>
      </w:tcPr>
    </w:tblStylePr>
    <w:tblStylePr w:type="band1Vert">
      <w:tblPr/>
      <w:tcPr>
        <w:shd w:val="clear" w:color="auto" w:fill="99FBE9" w:themeFill="accent2" w:themeFillTint="3F"/>
      </w:tcPr>
    </w:tblStylePr>
    <w:tblStylePr w:type="band1Horz">
      <w:tblPr/>
      <w:tcPr>
        <w:shd w:val="clear" w:color="auto" w:fill="99FBE9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top w:val="single" w:sz="8" w:space="0" w:color="0C3343" w:themeColor="accent3"/>
        <w:bottom w:val="single" w:sz="8" w:space="0" w:color="0C334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C3343" w:themeColor="accent3"/>
        </w:tcBorders>
      </w:tcPr>
    </w:tblStylePr>
    <w:tblStylePr w:type="lastRow">
      <w:rPr>
        <w:b/>
        <w:bCs/>
        <w:color w:val="0F3C4F" w:themeColor="text2"/>
      </w:rPr>
      <w:tblPr/>
      <w:tcPr>
        <w:tcBorders>
          <w:top w:val="single" w:sz="8" w:space="0" w:color="0C3343" w:themeColor="accent3"/>
          <w:bottom w:val="single" w:sz="8" w:space="0" w:color="0C334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C3343" w:themeColor="accent3"/>
          <w:bottom w:val="single" w:sz="8" w:space="0" w:color="0C3343" w:themeColor="accent3"/>
        </w:tcBorders>
      </w:tcPr>
    </w:tblStylePr>
    <w:tblStylePr w:type="band1Vert">
      <w:tblPr/>
      <w:tcPr>
        <w:shd w:val="clear" w:color="auto" w:fill="A4D8EE" w:themeFill="accent3" w:themeFillTint="3F"/>
      </w:tcPr>
    </w:tblStylePr>
    <w:tblStylePr w:type="band1Horz">
      <w:tblPr/>
      <w:tcPr>
        <w:shd w:val="clear" w:color="auto" w:fill="A4D8EE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top w:val="single" w:sz="8" w:space="0" w:color="EF5A27" w:themeColor="accent4"/>
        <w:bottom w:val="single" w:sz="8" w:space="0" w:color="EF5A2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5A27" w:themeColor="accent4"/>
        </w:tcBorders>
      </w:tcPr>
    </w:tblStylePr>
    <w:tblStylePr w:type="lastRow">
      <w:rPr>
        <w:b/>
        <w:bCs/>
        <w:color w:val="0F3C4F" w:themeColor="text2"/>
      </w:rPr>
      <w:tblPr/>
      <w:tcPr>
        <w:tcBorders>
          <w:top w:val="single" w:sz="8" w:space="0" w:color="EF5A27" w:themeColor="accent4"/>
          <w:bottom w:val="single" w:sz="8" w:space="0" w:color="EF5A2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5A27" w:themeColor="accent4"/>
          <w:bottom w:val="single" w:sz="8" w:space="0" w:color="EF5A27" w:themeColor="accent4"/>
        </w:tcBorders>
      </w:tcPr>
    </w:tblStylePr>
    <w:tblStylePr w:type="band1Vert">
      <w:tblPr/>
      <w:tcPr>
        <w:shd w:val="clear" w:color="auto" w:fill="FBD6C9" w:themeFill="accent4" w:themeFillTint="3F"/>
      </w:tcPr>
    </w:tblStylePr>
    <w:tblStylePr w:type="band1Horz">
      <w:tblPr/>
      <w:tcPr>
        <w:shd w:val="clear" w:color="auto" w:fill="FBD6C9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top w:val="single" w:sz="8" w:space="0" w:color="107F8A" w:themeColor="accent5"/>
        <w:bottom w:val="single" w:sz="8" w:space="0" w:color="107F8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7F8A" w:themeColor="accent5"/>
        </w:tcBorders>
      </w:tcPr>
    </w:tblStylePr>
    <w:tblStylePr w:type="lastRow">
      <w:rPr>
        <w:b/>
        <w:bCs/>
        <w:color w:val="0F3C4F" w:themeColor="text2"/>
      </w:rPr>
      <w:tblPr/>
      <w:tcPr>
        <w:tcBorders>
          <w:top w:val="single" w:sz="8" w:space="0" w:color="107F8A" w:themeColor="accent5"/>
          <w:bottom w:val="single" w:sz="8" w:space="0" w:color="107F8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7F8A" w:themeColor="accent5"/>
          <w:bottom w:val="single" w:sz="8" w:space="0" w:color="107F8A" w:themeColor="accent5"/>
        </w:tcBorders>
      </w:tcPr>
    </w:tblStylePr>
    <w:tblStylePr w:type="band1Vert">
      <w:tblPr/>
      <w:tcPr>
        <w:shd w:val="clear" w:color="auto" w:fill="B0EFF6" w:themeFill="accent5" w:themeFillTint="3F"/>
      </w:tcPr>
    </w:tblStylePr>
    <w:tblStylePr w:type="band1Horz">
      <w:tblPr/>
      <w:tcPr>
        <w:shd w:val="clear" w:color="auto" w:fill="B0EFF6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top w:val="single" w:sz="8" w:space="0" w:color="0F1313" w:themeColor="accent6"/>
        <w:bottom w:val="single" w:sz="8" w:space="0" w:color="0F131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1313" w:themeColor="accent6"/>
        </w:tcBorders>
      </w:tcPr>
    </w:tblStylePr>
    <w:tblStylePr w:type="lastRow">
      <w:rPr>
        <w:b/>
        <w:bCs/>
        <w:color w:val="0F3C4F" w:themeColor="text2"/>
      </w:rPr>
      <w:tblPr/>
      <w:tcPr>
        <w:tcBorders>
          <w:top w:val="single" w:sz="8" w:space="0" w:color="0F1313" w:themeColor="accent6"/>
          <w:bottom w:val="single" w:sz="8" w:space="0" w:color="0F131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1313" w:themeColor="accent6"/>
          <w:bottom w:val="single" w:sz="8" w:space="0" w:color="0F1313" w:themeColor="accent6"/>
        </w:tcBorders>
      </w:tcPr>
    </w:tblStylePr>
    <w:tblStylePr w:type="band1Vert">
      <w:tblPr/>
      <w:tcPr>
        <w:shd w:val="clear" w:color="auto" w:fill="BDCBCB" w:themeFill="accent6" w:themeFillTint="3F"/>
      </w:tcPr>
    </w:tblStylePr>
    <w:tblStylePr w:type="band1Horz">
      <w:tblPr/>
      <w:tcPr>
        <w:shd w:val="clear" w:color="auto" w:fill="BDCBCB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F1313" w:themeColor="text1"/>
    </w:rPr>
    <w:tblPr>
      <w:tblStyleRowBandSize w:val="1"/>
      <w:tblStyleColBandSize w:val="1"/>
      <w:tblBorders>
        <w:top w:val="single" w:sz="8" w:space="0" w:color="0F1313" w:themeColor="text1"/>
        <w:left w:val="single" w:sz="8" w:space="0" w:color="0F1313" w:themeColor="text1"/>
        <w:bottom w:val="single" w:sz="8" w:space="0" w:color="0F1313" w:themeColor="text1"/>
        <w:right w:val="single" w:sz="8" w:space="0" w:color="0F1313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1313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131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1313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1313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CBC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CBC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F1313" w:themeColor="text1"/>
    </w:rPr>
    <w:tblPr>
      <w:tblStyleRowBandSize w:val="1"/>
      <w:tblStyleColBandSize w:val="1"/>
      <w:tblBorders>
        <w:top w:val="single" w:sz="8" w:space="0" w:color="0F3C4F" w:themeColor="accent1"/>
        <w:left w:val="single" w:sz="8" w:space="0" w:color="0F3C4F" w:themeColor="accent1"/>
        <w:bottom w:val="single" w:sz="8" w:space="0" w:color="0F3C4F" w:themeColor="accent1"/>
        <w:right w:val="single" w:sz="8" w:space="0" w:color="0F3C4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C4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3C4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C4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C4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9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9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F1313" w:themeColor="text1"/>
    </w:rPr>
    <w:tblPr>
      <w:tblStyleRowBandSize w:val="1"/>
      <w:tblStyleColBandSize w:val="1"/>
      <w:tblBorders>
        <w:top w:val="single" w:sz="8" w:space="0" w:color="035244" w:themeColor="accent2"/>
        <w:left w:val="single" w:sz="8" w:space="0" w:color="035244" w:themeColor="accent2"/>
        <w:bottom w:val="single" w:sz="8" w:space="0" w:color="035244" w:themeColor="accent2"/>
        <w:right w:val="single" w:sz="8" w:space="0" w:color="0352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352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352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352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352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FBE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9FBE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F1313" w:themeColor="text1"/>
    </w:rPr>
    <w:tblPr>
      <w:tblStyleRowBandSize w:val="1"/>
      <w:tblStyleColBandSize w:val="1"/>
      <w:tblBorders>
        <w:top w:val="single" w:sz="8" w:space="0" w:color="0C3343" w:themeColor="accent3"/>
        <w:left w:val="single" w:sz="8" w:space="0" w:color="0C3343" w:themeColor="accent3"/>
        <w:bottom w:val="single" w:sz="8" w:space="0" w:color="0C3343" w:themeColor="accent3"/>
        <w:right w:val="single" w:sz="8" w:space="0" w:color="0C334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C334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C334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C334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C334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8E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8E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F1313" w:themeColor="text1"/>
    </w:rPr>
    <w:tblPr>
      <w:tblStyleRowBandSize w:val="1"/>
      <w:tblStyleColBandSize w:val="1"/>
      <w:tblBorders>
        <w:top w:val="single" w:sz="8" w:space="0" w:color="EF5A27" w:themeColor="accent4"/>
        <w:left w:val="single" w:sz="8" w:space="0" w:color="EF5A27" w:themeColor="accent4"/>
        <w:bottom w:val="single" w:sz="8" w:space="0" w:color="EF5A27" w:themeColor="accent4"/>
        <w:right w:val="single" w:sz="8" w:space="0" w:color="EF5A2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5A2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5A27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5A2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5A2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6C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6C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F1313" w:themeColor="text1"/>
    </w:rPr>
    <w:tblPr>
      <w:tblStyleRowBandSize w:val="1"/>
      <w:tblStyleColBandSize w:val="1"/>
      <w:tblBorders>
        <w:top w:val="single" w:sz="8" w:space="0" w:color="107F8A" w:themeColor="accent5"/>
        <w:left w:val="single" w:sz="8" w:space="0" w:color="107F8A" w:themeColor="accent5"/>
        <w:bottom w:val="single" w:sz="8" w:space="0" w:color="107F8A" w:themeColor="accent5"/>
        <w:right w:val="single" w:sz="8" w:space="0" w:color="107F8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7F8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07F8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7F8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7F8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EF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EF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F1313" w:themeColor="text1"/>
    </w:rPr>
    <w:tblPr>
      <w:tblStyleRowBandSize w:val="1"/>
      <w:tblStyleColBandSize w:val="1"/>
      <w:tblBorders>
        <w:top w:val="single" w:sz="8" w:space="0" w:color="0F1313" w:themeColor="accent6"/>
        <w:left w:val="single" w:sz="8" w:space="0" w:color="0F1313" w:themeColor="accent6"/>
        <w:bottom w:val="single" w:sz="8" w:space="0" w:color="0F1313" w:themeColor="accent6"/>
        <w:right w:val="single" w:sz="8" w:space="0" w:color="0F131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131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131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131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131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CBC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CBC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35555" w:themeColor="text1" w:themeTint="BF"/>
        <w:left w:val="single" w:sz="8" w:space="0" w:color="435555" w:themeColor="text1" w:themeTint="BF"/>
        <w:bottom w:val="single" w:sz="8" w:space="0" w:color="435555" w:themeColor="text1" w:themeTint="BF"/>
        <w:right w:val="single" w:sz="8" w:space="0" w:color="435555" w:themeColor="text1" w:themeTint="BF"/>
        <w:insideH w:val="single" w:sz="8" w:space="0" w:color="435555" w:themeColor="text1" w:themeTint="BF"/>
        <w:insideV w:val="single" w:sz="8" w:space="0" w:color="435555" w:themeColor="text1" w:themeTint="BF"/>
      </w:tblBorders>
    </w:tblPr>
    <w:tcPr>
      <w:shd w:val="clear" w:color="auto" w:fill="BDCBC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5555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A9696" w:themeFill="text1" w:themeFillTint="7F"/>
      </w:tcPr>
    </w:tblStylePr>
    <w:tblStylePr w:type="band1Horz">
      <w:tblPr/>
      <w:tcPr>
        <w:shd w:val="clear" w:color="auto" w:fill="7A9696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7EA6" w:themeColor="accent1" w:themeTint="BF"/>
        <w:left w:val="single" w:sz="8" w:space="0" w:color="1F7EA6" w:themeColor="accent1" w:themeTint="BF"/>
        <w:bottom w:val="single" w:sz="8" w:space="0" w:color="1F7EA6" w:themeColor="accent1" w:themeTint="BF"/>
        <w:right w:val="single" w:sz="8" w:space="0" w:color="1F7EA6" w:themeColor="accent1" w:themeTint="BF"/>
        <w:insideH w:val="single" w:sz="8" w:space="0" w:color="1F7EA6" w:themeColor="accent1" w:themeTint="BF"/>
        <w:insideV w:val="single" w:sz="8" w:space="0" w:color="1F7EA6" w:themeColor="accent1" w:themeTint="BF"/>
      </w:tblBorders>
    </w:tblPr>
    <w:tcPr>
      <w:shd w:val="clear" w:color="auto" w:fill="A8D9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7EA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0B3DE" w:themeFill="accent1" w:themeFillTint="7F"/>
      </w:tcPr>
    </w:tblStylePr>
    <w:tblStylePr w:type="band1Horz">
      <w:tblPr/>
      <w:tcPr>
        <w:shd w:val="clear" w:color="auto" w:fill="50B3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6B898" w:themeColor="accent2" w:themeTint="BF"/>
        <w:left w:val="single" w:sz="8" w:space="0" w:color="06B898" w:themeColor="accent2" w:themeTint="BF"/>
        <w:bottom w:val="single" w:sz="8" w:space="0" w:color="06B898" w:themeColor="accent2" w:themeTint="BF"/>
        <w:right w:val="single" w:sz="8" w:space="0" w:color="06B898" w:themeColor="accent2" w:themeTint="BF"/>
        <w:insideH w:val="single" w:sz="8" w:space="0" w:color="06B898" w:themeColor="accent2" w:themeTint="BF"/>
        <w:insideV w:val="single" w:sz="8" w:space="0" w:color="06B898" w:themeColor="accent2" w:themeTint="BF"/>
      </w:tblBorders>
    </w:tblPr>
    <w:tcPr>
      <w:shd w:val="clear" w:color="auto" w:fill="99FBE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6B89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2F7D4" w:themeFill="accent2" w:themeFillTint="7F"/>
      </w:tcPr>
    </w:tblStylePr>
    <w:tblStylePr w:type="band1Horz">
      <w:tblPr/>
      <w:tcPr>
        <w:shd w:val="clear" w:color="auto" w:fill="32F7D4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C789E" w:themeColor="accent3" w:themeTint="BF"/>
        <w:left w:val="single" w:sz="8" w:space="0" w:color="1C789E" w:themeColor="accent3" w:themeTint="BF"/>
        <w:bottom w:val="single" w:sz="8" w:space="0" w:color="1C789E" w:themeColor="accent3" w:themeTint="BF"/>
        <w:right w:val="single" w:sz="8" w:space="0" w:color="1C789E" w:themeColor="accent3" w:themeTint="BF"/>
        <w:insideH w:val="single" w:sz="8" w:space="0" w:color="1C789E" w:themeColor="accent3" w:themeTint="BF"/>
        <w:insideV w:val="single" w:sz="8" w:space="0" w:color="1C789E" w:themeColor="accent3" w:themeTint="BF"/>
      </w:tblBorders>
    </w:tblPr>
    <w:tcPr>
      <w:shd w:val="clear" w:color="auto" w:fill="A4D8E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C789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8B2DE" w:themeFill="accent3" w:themeFillTint="7F"/>
      </w:tcPr>
    </w:tblStylePr>
    <w:tblStylePr w:type="band1Horz">
      <w:tblPr/>
      <w:tcPr>
        <w:shd w:val="clear" w:color="auto" w:fill="48B2DE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3835D" w:themeColor="accent4" w:themeTint="BF"/>
        <w:left w:val="single" w:sz="8" w:space="0" w:color="F3835D" w:themeColor="accent4" w:themeTint="BF"/>
        <w:bottom w:val="single" w:sz="8" w:space="0" w:color="F3835D" w:themeColor="accent4" w:themeTint="BF"/>
        <w:right w:val="single" w:sz="8" w:space="0" w:color="F3835D" w:themeColor="accent4" w:themeTint="BF"/>
        <w:insideH w:val="single" w:sz="8" w:space="0" w:color="F3835D" w:themeColor="accent4" w:themeTint="BF"/>
        <w:insideV w:val="single" w:sz="8" w:space="0" w:color="F3835D" w:themeColor="accent4" w:themeTint="BF"/>
      </w:tblBorders>
    </w:tblPr>
    <w:tcPr>
      <w:shd w:val="clear" w:color="auto" w:fill="FBD6C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835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AC93" w:themeFill="accent4" w:themeFillTint="7F"/>
      </w:tcPr>
    </w:tblStylePr>
    <w:tblStylePr w:type="band1Horz">
      <w:tblPr/>
      <w:tcPr>
        <w:shd w:val="clear" w:color="auto" w:fill="F7AC93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C8DA" w:themeColor="accent5" w:themeTint="BF"/>
        <w:left w:val="single" w:sz="8" w:space="0" w:color="19C8DA" w:themeColor="accent5" w:themeTint="BF"/>
        <w:bottom w:val="single" w:sz="8" w:space="0" w:color="19C8DA" w:themeColor="accent5" w:themeTint="BF"/>
        <w:right w:val="single" w:sz="8" w:space="0" w:color="19C8DA" w:themeColor="accent5" w:themeTint="BF"/>
        <w:insideH w:val="single" w:sz="8" w:space="0" w:color="19C8DA" w:themeColor="accent5" w:themeTint="BF"/>
        <w:insideV w:val="single" w:sz="8" w:space="0" w:color="19C8DA" w:themeColor="accent5" w:themeTint="BF"/>
      </w:tblBorders>
    </w:tblPr>
    <w:tcPr>
      <w:shd w:val="clear" w:color="auto" w:fill="B0EFF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9C8D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DFEC" w:themeFill="accent5" w:themeFillTint="7F"/>
      </w:tcPr>
    </w:tblStylePr>
    <w:tblStylePr w:type="band1Horz">
      <w:tblPr/>
      <w:tcPr>
        <w:shd w:val="clear" w:color="auto" w:fill="60DFEC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35555" w:themeColor="accent6" w:themeTint="BF"/>
        <w:left w:val="single" w:sz="8" w:space="0" w:color="435555" w:themeColor="accent6" w:themeTint="BF"/>
        <w:bottom w:val="single" w:sz="8" w:space="0" w:color="435555" w:themeColor="accent6" w:themeTint="BF"/>
        <w:right w:val="single" w:sz="8" w:space="0" w:color="435555" w:themeColor="accent6" w:themeTint="BF"/>
        <w:insideH w:val="single" w:sz="8" w:space="0" w:color="435555" w:themeColor="accent6" w:themeTint="BF"/>
        <w:insideV w:val="single" w:sz="8" w:space="0" w:color="435555" w:themeColor="accent6" w:themeTint="BF"/>
      </w:tblBorders>
    </w:tblPr>
    <w:tcPr>
      <w:shd w:val="clear" w:color="auto" w:fill="BDCBC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555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A9696" w:themeFill="accent6" w:themeFillTint="7F"/>
      </w:tcPr>
    </w:tblStylePr>
    <w:tblStylePr w:type="band1Horz">
      <w:tblPr/>
      <w:tcPr>
        <w:shd w:val="clear" w:color="auto" w:fill="7A9696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F1313" w:themeColor="text1"/>
    </w:rPr>
    <w:tblPr>
      <w:tblStyleRowBandSize w:val="1"/>
      <w:tblStyleColBandSize w:val="1"/>
      <w:tblBorders>
        <w:top w:val="single" w:sz="8" w:space="0" w:color="0F1313" w:themeColor="text1"/>
        <w:left w:val="single" w:sz="8" w:space="0" w:color="0F1313" w:themeColor="text1"/>
        <w:bottom w:val="single" w:sz="8" w:space="0" w:color="0F1313" w:themeColor="text1"/>
        <w:right w:val="single" w:sz="8" w:space="0" w:color="0F1313" w:themeColor="text1"/>
        <w:insideH w:val="single" w:sz="8" w:space="0" w:color="0F1313" w:themeColor="text1"/>
        <w:insideV w:val="single" w:sz="8" w:space="0" w:color="0F1313" w:themeColor="text1"/>
      </w:tblBorders>
    </w:tblPr>
    <w:tcPr>
      <w:shd w:val="clear" w:color="auto" w:fill="BDCBCB" w:themeFill="text1" w:themeFillTint="3F"/>
    </w:tcPr>
    <w:tblStylePr w:type="firstRow">
      <w:rPr>
        <w:b/>
        <w:bCs/>
        <w:color w:val="0F1313" w:themeColor="text1"/>
      </w:rPr>
      <w:tblPr/>
      <w:tcPr>
        <w:shd w:val="clear" w:color="auto" w:fill="E4EAEA" w:themeFill="text1" w:themeFillTint="19"/>
      </w:tcPr>
    </w:tblStylePr>
    <w:tblStylePr w:type="lastRow">
      <w:rPr>
        <w:b/>
        <w:bCs/>
        <w:color w:val="0F1313" w:themeColor="text1"/>
      </w:rPr>
      <w:tblPr/>
      <w:tcPr>
        <w:tcBorders>
          <w:top w:val="single" w:sz="12" w:space="0" w:color="0F131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F131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F131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D5D5" w:themeFill="text1" w:themeFillTint="33"/>
      </w:tcPr>
    </w:tblStylePr>
    <w:tblStylePr w:type="band1Vert">
      <w:tblPr/>
      <w:tcPr>
        <w:shd w:val="clear" w:color="auto" w:fill="7A9696" w:themeFill="text1" w:themeFillTint="7F"/>
      </w:tcPr>
    </w:tblStylePr>
    <w:tblStylePr w:type="band1Horz">
      <w:tblPr/>
      <w:tcPr>
        <w:tcBorders>
          <w:insideH w:val="single" w:sz="6" w:space="0" w:color="0F1313" w:themeColor="text1"/>
          <w:insideV w:val="single" w:sz="6" w:space="0" w:color="0F1313" w:themeColor="text1"/>
        </w:tcBorders>
        <w:shd w:val="clear" w:color="auto" w:fill="7A969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F1313" w:themeColor="text1"/>
    </w:rPr>
    <w:tblPr>
      <w:tblStyleRowBandSize w:val="1"/>
      <w:tblStyleColBandSize w:val="1"/>
      <w:tblBorders>
        <w:top w:val="single" w:sz="8" w:space="0" w:color="0F3C4F" w:themeColor="accent1"/>
        <w:left w:val="single" w:sz="8" w:space="0" w:color="0F3C4F" w:themeColor="accent1"/>
        <w:bottom w:val="single" w:sz="8" w:space="0" w:color="0F3C4F" w:themeColor="accent1"/>
        <w:right w:val="single" w:sz="8" w:space="0" w:color="0F3C4F" w:themeColor="accent1"/>
        <w:insideH w:val="single" w:sz="8" w:space="0" w:color="0F3C4F" w:themeColor="accent1"/>
        <w:insideV w:val="single" w:sz="8" w:space="0" w:color="0F3C4F" w:themeColor="accent1"/>
      </w:tblBorders>
    </w:tblPr>
    <w:tcPr>
      <w:shd w:val="clear" w:color="auto" w:fill="A8D9EE" w:themeFill="accent1" w:themeFillTint="3F"/>
    </w:tcPr>
    <w:tblStylePr w:type="firstRow">
      <w:rPr>
        <w:b/>
        <w:bCs/>
        <w:color w:val="0F1313" w:themeColor="text1"/>
      </w:rPr>
      <w:tblPr/>
      <w:tcPr>
        <w:shd w:val="clear" w:color="auto" w:fill="DCF0F8" w:themeFill="accent1" w:themeFillTint="19"/>
      </w:tcPr>
    </w:tblStylePr>
    <w:tblStylePr w:type="lastRow">
      <w:rPr>
        <w:b/>
        <w:bCs/>
        <w:color w:val="0F1313" w:themeColor="text1"/>
      </w:rPr>
      <w:tblPr/>
      <w:tcPr>
        <w:tcBorders>
          <w:top w:val="single" w:sz="12" w:space="0" w:color="0F131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F131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F131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E0F1" w:themeFill="accent1" w:themeFillTint="33"/>
      </w:tcPr>
    </w:tblStylePr>
    <w:tblStylePr w:type="band1Vert">
      <w:tblPr/>
      <w:tcPr>
        <w:shd w:val="clear" w:color="auto" w:fill="50B3DE" w:themeFill="accent1" w:themeFillTint="7F"/>
      </w:tcPr>
    </w:tblStylePr>
    <w:tblStylePr w:type="band1Horz">
      <w:tblPr/>
      <w:tcPr>
        <w:tcBorders>
          <w:insideH w:val="single" w:sz="6" w:space="0" w:color="0F3C4F" w:themeColor="accent1"/>
          <w:insideV w:val="single" w:sz="6" w:space="0" w:color="0F3C4F" w:themeColor="accent1"/>
        </w:tcBorders>
        <w:shd w:val="clear" w:color="auto" w:fill="50B3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F1313" w:themeColor="text1"/>
    </w:rPr>
    <w:tblPr>
      <w:tblStyleRowBandSize w:val="1"/>
      <w:tblStyleColBandSize w:val="1"/>
      <w:tblBorders>
        <w:top w:val="single" w:sz="8" w:space="0" w:color="035244" w:themeColor="accent2"/>
        <w:left w:val="single" w:sz="8" w:space="0" w:color="035244" w:themeColor="accent2"/>
        <w:bottom w:val="single" w:sz="8" w:space="0" w:color="035244" w:themeColor="accent2"/>
        <w:right w:val="single" w:sz="8" w:space="0" w:color="035244" w:themeColor="accent2"/>
        <w:insideH w:val="single" w:sz="8" w:space="0" w:color="035244" w:themeColor="accent2"/>
        <w:insideV w:val="single" w:sz="8" w:space="0" w:color="035244" w:themeColor="accent2"/>
      </w:tblBorders>
    </w:tblPr>
    <w:tcPr>
      <w:shd w:val="clear" w:color="auto" w:fill="99FBE9" w:themeFill="accent2" w:themeFillTint="3F"/>
    </w:tcPr>
    <w:tblStylePr w:type="firstRow">
      <w:rPr>
        <w:b/>
        <w:bCs/>
        <w:color w:val="0F1313" w:themeColor="text1"/>
      </w:rPr>
      <w:tblPr/>
      <w:tcPr>
        <w:shd w:val="clear" w:color="auto" w:fill="D6FDF6" w:themeFill="accent2" w:themeFillTint="19"/>
      </w:tcPr>
    </w:tblStylePr>
    <w:tblStylePr w:type="lastRow">
      <w:rPr>
        <w:b/>
        <w:bCs/>
        <w:color w:val="0F1313" w:themeColor="text1"/>
      </w:rPr>
      <w:tblPr/>
      <w:tcPr>
        <w:tcBorders>
          <w:top w:val="single" w:sz="12" w:space="0" w:color="0F131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F131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F131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CED" w:themeFill="accent2" w:themeFillTint="33"/>
      </w:tcPr>
    </w:tblStylePr>
    <w:tblStylePr w:type="band1Vert">
      <w:tblPr/>
      <w:tcPr>
        <w:shd w:val="clear" w:color="auto" w:fill="32F7D4" w:themeFill="accent2" w:themeFillTint="7F"/>
      </w:tcPr>
    </w:tblStylePr>
    <w:tblStylePr w:type="band1Horz">
      <w:tblPr/>
      <w:tcPr>
        <w:tcBorders>
          <w:insideH w:val="single" w:sz="6" w:space="0" w:color="035244" w:themeColor="accent2"/>
          <w:insideV w:val="single" w:sz="6" w:space="0" w:color="035244" w:themeColor="accent2"/>
        </w:tcBorders>
        <w:shd w:val="clear" w:color="auto" w:fill="32F7D4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F1313" w:themeColor="text1"/>
    </w:rPr>
    <w:tblPr>
      <w:tblStyleRowBandSize w:val="1"/>
      <w:tblStyleColBandSize w:val="1"/>
      <w:tblBorders>
        <w:top w:val="single" w:sz="8" w:space="0" w:color="0C3343" w:themeColor="accent3"/>
        <w:left w:val="single" w:sz="8" w:space="0" w:color="0C3343" w:themeColor="accent3"/>
        <w:bottom w:val="single" w:sz="8" w:space="0" w:color="0C3343" w:themeColor="accent3"/>
        <w:right w:val="single" w:sz="8" w:space="0" w:color="0C3343" w:themeColor="accent3"/>
        <w:insideH w:val="single" w:sz="8" w:space="0" w:color="0C3343" w:themeColor="accent3"/>
        <w:insideV w:val="single" w:sz="8" w:space="0" w:color="0C3343" w:themeColor="accent3"/>
      </w:tblBorders>
    </w:tblPr>
    <w:tcPr>
      <w:shd w:val="clear" w:color="auto" w:fill="A4D8EE" w:themeFill="accent3" w:themeFillTint="3F"/>
    </w:tcPr>
    <w:tblStylePr w:type="firstRow">
      <w:rPr>
        <w:b/>
        <w:bCs/>
        <w:color w:val="0F1313" w:themeColor="text1"/>
      </w:rPr>
      <w:tblPr/>
      <w:tcPr>
        <w:shd w:val="clear" w:color="auto" w:fill="DBEFF8" w:themeFill="accent3" w:themeFillTint="19"/>
      </w:tcPr>
    </w:tblStylePr>
    <w:tblStylePr w:type="lastRow">
      <w:rPr>
        <w:b/>
        <w:bCs/>
        <w:color w:val="0F1313" w:themeColor="text1"/>
      </w:rPr>
      <w:tblPr/>
      <w:tcPr>
        <w:tcBorders>
          <w:top w:val="single" w:sz="12" w:space="0" w:color="0F131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F131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F131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E0F2" w:themeFill="accent3" w:themeFillTint="33"/>
      </w:tcPr>
    </w:tblStylePr>
    <w:tblStylePr w:type="band1Vert">
      <w:tblPr/>
      <w:tcPr>
        <w:shd w:val="clear" w:color="auto" w:fill="48B2DE" w:themeFill="accent3" w:themeFillTint="7F"/>
      </w:tcPr>
    </w:tblStylePr>
    <w:tblStylePr w:type="band1Horz">
      <w:tblPr/>
      <w:tcPr>
        <w:tcBorders>
          <w:insideH w:val="single" w:sz="6" w:space="0" w:color="0C3343" w:themeColor="accent3"/>
          <w:insideV w:val="single" w:sz="6" w:space="0" w:color="0C3343" w:themeColor="accent3"/>
        </w:tcBorders>
        <w:shd w:val="clear" w:color="auto" w:fill="48B2D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F1313" w:themeColor="text1"/>
    </w:rPr>
    <w:tblPr>
      <w:tblStyleRowBandSize w:val="1"/>
      <w:tblStyleColBandSize w:val="1"/>
      <w:tblBorders>
        <w:top w:val="single" w:sz="8" w:space="0" w:color="EF5A27" w:themeColor="accent4"/>
        <w:left w:val="single" w:sz="8" w:space="0" w:color="EF5A27" w:themeColor="accent4"/>
        <w:bottom w:val="single" w:sz="8" w:space="0" w:color="EF5A27" w:themeColor="accent4"/>
        <w:right w:val="single" w:sz="8" w:space="0" w:color="EF5A27" w:themeColor="accent4"/>
        <w:insideH w:val="single" w:sz="8" w:space="0" w:color="EF5A27" w:themeColor="accent4"/>
        <w:insideV w:val="single" w:sz="8" w:space="0" w:color="EF5A27" w:themeColor="accent4"/>
      </w:tblBorders>
    </w:tblPr>
    <w:tcPr>
      <w:shd w:val="clear" w:color="auto" w:fill="FBD6C9" w:themeFill="accent4" w:themeFillTint="3F"/>
    </w:tcPr>
    <w:tblStylePr w:type="firstRow">
      <w:rPr>
        <w:b/>
        <w:bCs/>
        <w:color w:val="0F1313" w:themeColor="text1"/>
      </w:rPr>
      <w:tblPr/>
      <w:tcPr>
        <w:shd w:val="clear" w:color="auto" w:fill="FDEEE9" w:themeFill="accent4" w:themeFillTint="19"/>
      </w:tcPr>
    </w:tblStylePr>
    <w:tblStylePr w:type="lastRow">
      <w:rPr>
        <w:b/>
        <w:bCs/>
        <w:color w:val="0F1313" w:themeColor="text1"/>
      </w:rPr>
      <w:tblPr/>
      <w:tcPr>
        <w:tcBorders>
          <w:top w:val="single" w:sz="12" w:space="0" w:color="0F131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F131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F131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DD3" w:themeFill="accent4" w:themeFillTint="33"/>
      </w:tcPr>
    </w:tblStylePr>
    <w:tblStylePr w:type="band1Vert">
      <w:tblPr/>
      <w:tcPr>
        <w:shd w:val="clear" w:color="auto" w:fill="F7AC93" w:themeFill="accent4" w:themeFillTint="7F"/>
      </w:tcPr>
    </w:tblStylePr>
    <w:tblStylePr w:type="band1Horz">
      <w:tblPr/>
      <w:tcPr>
        <w:tcBorders>
          <w:insideH w:val="single" w:sz="6" w:space="0" w:color="EF5A27" w:themeColor="accent4"/>
          <w:insideV w:val="single" w:sz="6" w:space="0" w:color="EF5A27" w:themeColor="accent4"/>
        </w:tcBorders>
        <w:shd w:val="clear" w:color="auto" w:fill="F7AC93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F1313" w:themeColor="text1"/>
    </w:rPr>
    <w:tblPr>
      <w:tblStyleRowBandSize w:val="1"/>
      <w:tblStyleColBandSize w:val="1"/>
      <w:tblBorders>
        <w:top w:val="single" w:sz="8" w:space="0" w:color="107F8A" w:themeColor="accent5"/>
        <w:left w:val="single" w:sz="8" w:space="0" w:color="107F8A" w:themeColor="accent5"/>
        <w:bottom w:val="single" w:sz="8" w:space="0" w:color="107F8A" w:themeColor="accent5"/>
        <w:right w:val="single" w:sz="8" w:space="0" w:color="107F8A" w:themeColor="accent5"/>
        <w:insideH w:val="single" w:sz="8" w:space="0" w:color="107F8A" w:themeColor="accent5"/>
        <w:insideV w:val="single" w:sz="8" w:space="0" w:color="107F8A" w:themeColor="accent5"/>
      </w:tblBorders>
    </w:tblPr>
    <w:tcPr>
      <w:shd w:val="clear" w:color="auto" w:fill="B0EFF6" w:themeFill="accent5" w:themeFillTint="3F"/>
    </w:tcPr>
    <w:tblStylePr w:type="firstRow">
      <w:rPr>
        <w:b/>
        <w:bCs/>
        <w:color w:val="0F1313" w:themeColor="text1"/>
      </w:rPr>
      <w:tblPr/>
      <w:tcPr>
        <w:shd w:val="clear" w:color="auto" w:fill="DFF8FB" w:themeFill="accent5" w:themeFillTint="19"/>
      </w:tcPr>
    </w:tblStylePr>
    <w:tblStylePr w:type="lastRow">
      <w:rPr>
        <w:b/>
        <w:bCs/>
        <w:color w:val="0F1313" w:themeColor="text1"/>
      </w:rPr>
      <w:tblPr/>
      <w:tcPr>
        <w:tcBorders>
          <w:top w:val="single" w:sz="12" w:space="0" w:color="0F131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F131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F131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F2F7" w:themeFill="accent5" w:themeFillTint="33"/>
      </w:tcPr>
    </w:tblStylePr>
    <w:tblStylePr w:type="band1Vert">
      <w:tblPr/>
      <w:tcPr>
        <w:shd w:val="clear" w:color="auto" w:fill="60DFEC" w:themeFill="accent5" w:themeFillTint="7F"/>
      </w:tcPr>
    </w:tblStylePr>
    <w:tblStylePr w:type="band1Horz">
      <w:tblPr/>
      <w:tcPr>
        <w:tcBorders>
          <w:insideH w:val="single" w:sz="6" w:space="0" w:color="107F8A" w:themeColor="accent5"/>
          <w:insideV w:val="single" w:sz="6" w:space="0" w:color="107F8A" w:themeColor="accent5"/>
        </w:tcBorders>
        <w:shd w:val="clear" w:color="auto" w:fill="60DFE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F1313" w:themeColor="text1"/>
    </w:rPr>
    <w:tblPr>
      <w:tblStyleRowBandSize w:val="1"/>
      <w:tblStyleColBandSize w:val="1"/>
      <w:tblBorders>
        <w:top w:val="single" w:sz="8" w:space="0" w:color="0F1313" w:themeColor="accent6"/>
        <w:left w:val="single" w:sz="8" w:space="0" w:color="0F1313" w:themeColor="accent6"/>
        <w:bottom w:val="single" w:sz="8" w:space="0" w:color="0F1313" w:themeColor="accent6"/>
        <w:right w:val="single" w:sz="8" w:space="0" w:color="0F1313" w:themeColor="accent6"/>
        <w:insideH w:val="single" w:sz="8" w:space="0" w:color="0F1313" w:themeColor="accent6"/>
        <w:insideV w:val="single" w:sz="8" w:space="0" w:color="0F1313" w:themeColor="accent6"/>
      </w:tblBorders>
    </w:tblPr>
    <w:tcPr>
      <w:shd w:val="clear" w:color="auto" w:fill="BDCBCB" w:themeFill="accent6" w:themeFillTint="3F"/>
    </w:tcPr>
    <w:tblStylePr w:type="firstRow">
      <w:rPr>
        <w:b/>
        <w:bCs/>
        <w:color w:val="0F1313" w:themeColor="text1"/>
      </w:rPr>
      <w:tblPr/>
      <w:tcPr>
        <w:shd w:val="clear" w:color="auto" w:fill="E4EAEA" w:themeFill="accent6" w:themeFillTint="19"/>
      </w:tcPr>
    </w:tblStylePr>
    <w:tblStylePr w:type="lastRow">
      <w:rPr>
        <w:b/>
        <w:bCs/>
        <w:color w:val="0F1313" w:themeColor="text1"/>
      </w:rPr>
      <w:tblPr/>
      <w:tcPr>
        <w:tcBorders>
          <w:top w:val="single" w:sz="12" w:space="0" w:color="0F131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F131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F131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D5D5" w:themeFill="accent6" w:themeFillTint="33"/>
      </w:tcPr>
    </w:tblStylePr>
    <w:tblStylePr w:type="band1Vert">
      <w:tblPr/>
      <w:tcPr>
        <w:shd w:val="clear" w:color="auto" w:fill="7A9696" w:themeFill="accent6" w:themeFillTint="7F"/>
      </w:tcPr>
    </w:tblStylePr>
    <w:tblStylePr w:type="band1Horz">
      <w:tblPr/>
      <w:tcPr>
        <w:tcBorders>
          <w:insideH w:val="single" w:sz="6" w:space="0" w:color="0F1313" w:themeColor="accent6"/>
          <w:insideV w:val="single" w:sz="6" w:space="0" w:color="0F1313" w:themeColor="accent6"/>
        </w:tcBorders>
        <w:shd w:val="clear" w:color="auto" w:fill="7A969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CBC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1313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1313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1313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1313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A969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A9696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9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C4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C4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C4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C4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0B3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0B3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9FBE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352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352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352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352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2F7D4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2F7D4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8E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C334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C334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C334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C334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8B2D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8B2DE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6C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5A2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5A2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5A2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5A2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AC93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AC93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EFF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7F8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7F8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7F8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7F8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DFE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DFEC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CBC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131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131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131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131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A969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A9696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1313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F131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0909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0E0E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0E0E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0E0E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0E0E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C4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F131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D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C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C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C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C3B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352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F131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128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23D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23D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3D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3D32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C334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F131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192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253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253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53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532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5A2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F131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028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13C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13C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3C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3C0E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7F8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F131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3F4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5F6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5F6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5F6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5F6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131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F131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0909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0E0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0E0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0E0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0E0E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top w:val="single" w:sz="24" w:space="0" w:color="035244" w:themeColor="accent2"/>
        <w:left w:val="single" w:sz="4" w:space="0" w:color="0F1313" w:themeColor="text1"/>
        <w:bottom w:val="single" w:sz="4" w:space="0" w:color="0F1313" w:themeColor="text1"/>
        <w:right w:val="single" w:sz="4" w:space="0" w:color="0F1313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AE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352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0B0B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0B0B" w:themeColor="text1" w:themeShade="99"/>
          <w:insideV w:val="nil"/>
        </w:tcBorders>
        <w:shd w:val="clear" w:color="auto" w:fill="090B0B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0E0E" w:themeFill="text1" w:themeFillShade="BF"/>
      </w:tcPr>
    </w:tblStylePr>
    <w:tblStylePr w:type="band1Vert">
      <w:tblPr/>
      <w:tcPr>
        <w:shd w:val="clear" w:color="auto" w:fill="94ABAB" w:themeFill="text1" w:themeFillTint="66"/>
      </w:tcPr>
    </w:tblStylePr>
    <w:tblStylePr w:type="band1Horz">
      <w:tblPr/>
      <w:tcPr>
        <w:shd w:val="clear" w:color="auto" w:fill="7A9696" w:themeFill="text1" w:themeFillTint="7F"/>
      </w:tcPr>
    </w:tblStylePr>
    <w:tblStylePr w:type="neCell">
      <w:rPr>
        <w:color w:val="0F1313" w:themeColor="text1"/>
      </w:rPr>
    </w:tblStylePr>
    <w:tblStylePr w:type="nwCell">
      <w:rPr>
        <w:color w:val="0F1313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top w:val="single" w:sz="24" w:space="0" w:color="035244" w:themeColor="accent2"/>
        <w:left w:val="single" w:sz="4" w:space="0" w:color="0F3C4F" w:themeColor="accent1"/>
        <w:bottom w:val="single" w:sz="4" w:space="0" w:color="0F3C4F" w:themeColor="accent1"/>
        <w:right w:val="single" w:sz="4" w:space="0" w:color="0F3C4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0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352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3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32F" w:themeColor="accent1" w:themeShade="99"/>
          <w:insideV w:val="nil"/>
        </w:tcBorders>
        <w:shd w:val="clear" w:color="auto" w:fill="0923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32F" w:themeFill="accent1" w:themeFillShade="99"/>
      </w:tcPr>
    </w:tblStylePr>
    <w:tblStylePr w:type="band1Vert">
      <w:tblPr/>
      <w:tcPr>
        <w:shd w:val="clear" w:color="auto" w:fill="72C2E4" w:themeFill="accent1" w:themeFillTint="66"/>
      </w:tcPr>
    </w:tblStylePr>
    <w:tblStylePr w:type="band1Horz">
      <w:tblPr/>
      <w:tcPr>
        <w:shd w:val="clear" w:color="auto" w:fill="50B3DE" w:themeFill="accent1" w:themeFillTint="7F"/>
      </w:tcPr>
    </w:tblStylePr>
    <w:tblStylePr w:type="neCell">
      <w:rPr>
        <w:color w:val="0F1313" w:themeColor="text1"/>
      </w:rPr>
    </w:tblStylePr>
    <w:tblStylePr w:type="nwCell">
      <w:rPr>
        <w:color w:val="0F1313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top w:val="single" w:sz="24" w:space="0" w:color="035244" w:themeColor="accent2"/>
        <w:left w:val="single" w:sz="4" w:space="0" w:color="035244" w:themeColor="accent2"/>
        <w:bottom w:val="single" w:sz="4" w:space="0" w:color="035244" w:themeColor="accent2"/>
        <w:right w:val="single" w:sz="4" w:space="0" w:color="0352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FD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352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131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13128" w:themeColor="accent2" w:themeShade="99"/>
          <w:insideV w:val="nil"/>
        </w:tcBorders>
        <w:shd w:val="clear" w:color="auto" w:fill="0131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3128" w:themeFill="accent2" w:themeFillShade="99"/>
      </w:tcPr>
    </w:tblStylePr>
    <w:tblStylePr w:type="band1Vert">
      <w:tblPr/>
      <w:tcPr>
        <w:shd w:val="clear" w:color="auto" w:fill="5BF9DC" w:themeFill="accent2" w:themeFillTint="66"/>
      </w:tcPr>
    </w:tblStylePr>
    <w:tblStylePr w:type="band1Horz">
      <w:tblPr/>
      <w:tcPr>
        <w:shd w:val="clear" w:color="auto" w:fill="32F7D4" w:themeFill="accent2" w:themeFillTint="7F"/>
      </w:tcPr>
    </w:tblStylePr>
    <w:tblStylePr w:type="neCell">
      <w:rPr>
        <w:color w:val="0F1313" w:themeColor="text1"/>
      </w:rPr>
    </w:tblStylePr>
    <w:tblStylePr w:type="nwCell">
      <w:rPr>
        <w:color w:val="0F1313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top w:val="single" w:sz="24" w:space="0" w:color="EF5A27" w:themeColor="accent4"/>
        <w:left w:val="single" w:sz="4" w:space="0" w:color="0C3343" w:themeColor="accent3"/>
        <w:bottom w:val="single" w:sz="4" w:space="0" w:color="0C3343" w:themeColor="accent3"/>
        <w:right w:val="single" w:sz="4" w:space="0" w:color="0C334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F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5A2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E2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E28" w:themeColor="accent3" w:themeShade="99"/>
          <w:insideV w:val="nil"/>
        </w:tcBorders>
        <w:shd w:val="clear" w:color="auto" w:fill="071E2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E28" w:themeFill="accent3" w:themeFillShade="99"/>
      </w:tcPr>
    </w:tblStylePr>
    <w:tblStylePr w:type="band1Vert">
      <w:tblPr/>
      <w:tcPr>
        <w:shd w:val="clear" w:color="auto" w:fill="6CC1E4" w:themeFill="accent3" w:themeFillTint="66"/>
      </w:tcPr>
    </w:tblStylePr>
    <w:tblStylePr w:type="band1Horz">
      <w:tblPr/>
      <w:tcPr>
        <w:shd w:val="clear" w:color="auto" w:fill="48B2D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top w:val="single" w:sz="24" w:space="0" w:color="0C3343" w:themeColor="accent3"/>
        <w:left w:val="single" w:sz="4" w:space="0" w:color="EF5A27" w:themeColor="accent4"/>
        <w:bottom w:val="single" w:sz="4" w:space="0" w:color="EF5A27" w:themeColor="accent4"/>
        <w:right w:val="single" w:sz="4" w:space="0" w:color="EF5A2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EE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C334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B30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300B" w:themeColor="accent4" w:themeShade="99"/>
          <w:insideV w:val="nil"/>
        </w:tcBorders>
        <w:shd w:val="clear" w:color="auto" w:fill="9B30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300B" w:themeFill="accent4" w:themeFillShade="99"/>
      </w:tcPr>
    </w:tblStylePr>
    <w:tblStylePr w:type="band1Vert">
      <w:tblPr/>
      <w:tcPr>
        <w:shd w:val="clear" w:color="auto" w:fill="F8BCA8" w:themeFill="accent4" w:themeFillTint="66"/>
      </w:tcPr>
    </w:tblStylePr>
    <w:tblStylePr w:type="band1Horz">
      <w:tblPr/>
      <w:tcPr>
        <w:shd w:val="clear" w:color="auto" w:fill="F7AC93" w:themeFill="accent4" w:themeFillTint="7F"/>
      </w:tcPr>
    </w:tblStylePr>
    <w:tblStylePr w:type="neCell">
      <w:rPr>
        <w:color w:val="0F1313" w:themeColor="text1"/>
      </w:rPr>
    </w:tblStylePr>
    <w:tblStylePr w:type="nwCell">
      <w:rPr>
        <w:color w:val="0F1313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top w:val="single" w:sz="24" w:space="0" w:color="0F1313" w:themeColor="accent6"/>
        <w:left w:val="single" w:sz="4" w:space="0" w:color="107F8A" w:themeColor="accent5"/>
        <w:bottom w:val="single" w:sz="4" w:space="0" w:color="107F8A" w:themeColor="accent5"/>
        <w:right w:val="single" w:sz="4" w:space="0" w:color="107F8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8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131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4C5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4C52" w:themeColor="accent5" w:themeShade="99"/>
          <w:insideV w:val="nil"/>
        </w:tcBorders>
        <w:shd w:val="clear" w:color="auto" w:fill="094C5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4C52" w:themeFill="accent5" w:themeFillShade="99"/>
      </w:tcPr>
    </w:tblStylePr>
    <w:tblStylePr w:type="band1Vert">
      <w:tblPr/>
      <w:tcPr>
        <w:shd w:val="clear" w:color="auto" w:fill="7FE6F0" w:themeFill="accent5" w:themeFillTint="66"/>
      </w:tcPr>
    </w:tblStylePr>
    <w:tblStylePr w:type="band1Horz">
      <w:tblPr/>
      <w:tcPr>
        <w:shd w:val="clear" w:color="auto" w:fill="60DFEC" w:themeFill="accent5" w:themeFillTint="7F"/>
      </w:tcPr>
    </w:tblStylePr>
    <w:tblStylePr w:type="neCell">
      <w:rPr>
        <w:color w:val="0F1313" w:themeColor="text1"/>
      </w:rPr>
    </w:tblStylePr>
    <w:tblStylePr w:type="nwCell">
      <w:rPr>
        <w:color w:val="0F1313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top w:val="single" w:sz="24" w:space="0" w:color="107F8A" w:themeColor="accent5"/>
        <w:left w:val="single" w:sz="4" w:space="0" w:color="0F1313" w:themeColor="accent6"/>
        <w:bottom w:val="single" w:sz="4" w:space="0" w:color="0F1313" w:themeColor="accent6"/>
        <w:right w:val="single" w:sz="4" w:space="0" w:color="0F131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A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7F8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0B0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0B0B" w:themeColor="accent6" w:themeShade="99"/>
          <w:insideV w:val="nil"/>
        </w:tcBorders>
        <w:shd w:val="clear" w:color="auto" w:fill="090B0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0B0B" w:themeFill="accent6" w:themeFillShade="99"/>
      </w:tcPr>
    </w:tblStylePr>
    <w:tblStylePr w:type="band1Vert">
      <w:tblPr/>
      <w:tcPr>
        <w:shd w:val="clear" w:color="auto" w:fill="94ABAB" w:themeFill="accent6" w:themeFillTint="66"/>
      </w:tcPr>
    </w:tblStylePr>
    <w:tblStylePr w:type="band1Horz">
      <w:tblPr/>
      <w:tcPr>
        <w:shd w:val="clear" w:color="auto" w:fill="7A9696" w:themeFill="accent6" w:themeFillTint="7F"/>
      </w:tcPr>
    </w:tblStylePr>
    <w:tblStylePr w:type="neCell">
      <w:rPr>
        <w:color w:val="0F1313" w:themeColor="text1"/>
      </w:rPr>
    </w:tblStylePr>
    <w:tblStylePr w:type="nwCell">
      <w:rPr>
        <w:color w:val="0F1313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</w:tblPr>
    <w:tcPr>
      <w:shd w:val="clear" w:color="auto" w:fill="E4EAE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24136" w:themeFill="accent2" w:themeFillShade="CC"/>
      </w:tcPr>
    </w:tblStylePr>
    <w:tblStylePr w:type="lastRow">
      <w:rPr>
        <w:b/>
        <w:bCs/>
        <w:color w:val="024136" w:themeColor="accent2" w:themeShade="CC"/>
      </w:rPr>
      <w:tblPr/>
      <w:tcPr>
        <w:tcBorders>
          <w:top w:val="single" w:sz="12" w:space="0" w:color="0F131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CBCB" w:themeFill="text1" w:themeFillTint="3F"/>
      </w:tcPr>
    </w:tblStylePr>
    <w:tblStylePr w:type="band1Horz">
      <w:tblPr/>
      <w:tcPr>
        <w:shd w:val="clear" w:color="auto" w:fill="C9D5D5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</w:tblPr>
    <w:tcPr>
      <w:shd w:val="clear" w:color="auto" w:fill="DCF0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24136" w:themeFill="accent2" w:themeFillShade="CC"/>
      </w:tcPr>
    </w:tblStylePr>
    <w:tblStylePr w:type="lastRow">
      <w:rPr>
        <w:b/>
        <w:bCs/>
        <w:color w:val="024136" w:themeColor="accent2" w:themeShade="CC"/>
      </w:rPr>
      <w:tblPr/>
      <w:tcPr>
        <w:tcBorders>
          <w:top w:val="single" w:sz="12" w:space="0" w:color="0F131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9EE" w:themeFill="accent1" w:themeFillTint="3F"/>
      </w:tcPr>
    </w:tblStylePr>
    <w:tblStylePr w:type="band1Horz">
      <w:tblPr/>
      <w:tcPr>
        <w:shd w:val="clear" w:color="auto" w:fill="B8E0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</w:tblPr>
    <w:tcPr>
      <w:shd w:val="clear" w:color="auto" w:fill="D6FD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24136" w:themeFill="accent2" w:themeFillShade="CC"/>
      </w:tcPr>
    </w:tblStylePr>
    <w:tblStylePr w:type="lastRow">
      <w:rPr>
        <w:b/>
        <w:bCs/>
        <w:color w:val="024136" w:themeColor="accent2" w:themeShade="CC"/>
      </w:rPr>
      <w:tblPr/>
      <w:tcPr>
        <w:tcBorders>
          <w:top w:val="single" w:sz="12" w:space="0" w:color="0F131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FBE9" w:themeFill="accent2" w:themeFillTint="3F"/>
      </w:tcPr>
    </w:tblStylePr>
    <w:tblStylePr w:type="band1Horz">
      <w:tblPr/>
      <w:tcPr>
        <w:shd w:val="clear" w:color="auto" w:fill="ADFCED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</w:tblPr>
    <w:tcPr>
      <w:shd w:val="clear" w:color="auto" w:fill="DBEF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400F" w:themeFill="accent4" w:themeFillShade="CC"/>
      </w:tcPr>
    </w:tblStylePr>
    <w:tblStylePr w:type="lastRow">
      <w:rPr>
        <w:b/>
        <w:bCs/>
        <w:color w:val="CE400F" w:themeColor="accent4" w:themeShade="CC"/>
      </w:rPr>
      <w:tblPr/>
      <w:tcPr>
        <w:tcBorders>
          <w:top w:val="single" w:sz="12" w:space="0" w:color="0F131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8EE" w:themeFill="accent3" w:themeFillTint="3F"/>
      </w:tcPr>
    </w:tblStylePr>
    <w:tblStylePr w:type="band1Horz">
      <w:tblPr/>
      <w:tcPr>
        <w:shd w:val="clear" w:color="auto" w:fill="B5E0F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</w:tblPr>
    <w:tcPr>
      <w:shd w:val="clear" w:color="auto" w:fill="FDEEE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92835" w:themeFill="accent3" w:themeFillShade="CC"/>
      </w:tcPr>
    </w:tblStylePr>
    <w:tblStylePr w:type="lastRow">
      <w:rPr>
        <w:b/>
        <w:bCs/>
        <w:color w:val="092835" w:themeColor="accent3" w:themeShade="CC"/>
      </w:rPr>
      <w:tblPr/>
      <w:tcPr>
        <w:tcBorders>
          <w:top w:val="single" w:sz="12" w:space="0" w:color="0F131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6C9" w:themeFill="accent4" w:themeFillTint="3F"/>
      </w:tcPr>
    </w:tblStylePr>
    <w:tblStylePr w:type="band1Horz">
      <w:tblPr/>
      <w:tcPr>
        <w:shd w:val="clear" w:color="auto" w:fill="FBDDD3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</w:tblPr>
    <w:tcPr>
      <w:shd w:val="clear" w:color="auto" w:fill="DFF8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0F0F" w:themeFill="accent6" w:themeFillShade="CC"/>
      </w:tcPr>
    </w:tblStylePr>
    <w:tblStylePr w:type="lastRow">
      <w:rPr>
        <w:b/>
        <w:bCs/>
        <w:color w:val="0C0F0F" w:themeColor="accent6" w:themeShade="CC"/>
      </w:rPr>
      <w:tblPr/>
      <w:tcPr>
        <w:tcBorders>
          <w:top w:val="single" w:sz="12" w:space="0" w:color="0F131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EFF6" w:themeFill="accent5" w:themeFillTint="3F"/>
      </w:tcPr>
    </w:tblStylePr>
    <w:tblStylePr w:type="band1Horz">
      <w:tblPr/>
      <w:tcPr>
        <w:shd w:val="clear" w:color="auto" w:fill="BFF2F7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</w:tblPr>
    <w:tcPr>
      <w:shd w:val="clear" w:color="auto" w:fill="E4EA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656E" w:themeFill="accent5" w:themeFillShade="CC"/>
      </w:tcPr>
    </w:tblStylePr>
    <w:tblStylePr w:type="lastRow">
      <w:rPr>
        <w:b/>
        <w:bCs/>
        <w:color w:val="0C656E" w:themeColor="accent5" w:themeShade="CC"/>
      </w:rPr>
      <w:tblPr/>
      <w:tcPr>
        <w:tcBorders>
          <w:top w:val="single" w:sz="12" w:space="0" w:color="0F131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CBCB" w:themeFill="accent6" w:themeFillTint="3F"/>
      </w:tcPr>
    </w:tblStylePr>
    <w:tblStylePr w:type="band1Horz">
      <w:tblPr/>
      <w:tcPr>
        <w:shd w:val="clear" w:color="auto" w:fill="C9D5D5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D5D5" w:themeFill="text1" w:themeFillTint="33"/>
    </w:tcPr>
    <w:tblStylePr w:type="firstRow">
      <w:rPr>
        <w:b/>
        <w:bCs/>
      </w:rPr>
      <w:tblPr/>
      <w:tcPr>
        <w:shd w:val="clear" w:color="auto" w:fill="94ABAB" w:themeFill="text1" w:themeFillTint="66"/>
      </w:tcPr>
    </w:tblStylePr>
    <w:tblStylePr w:type="lastRow">
      <w:rPr>
        <w:b/>
        <w:bCs/>
        <w:color w:val="0F1313" w:themeColor="text1"/>
      </w:rPr>
      <w:tblPr/>
      <w:tcPr>
        <w:shd w:val="clear" w:color="auto" w:fill="94ABAB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B0E0E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B0E0E" w:themeFill="text1" w:themeFillShade="BF"/>
      </w:tcPr>
    </w:tblStylePr>
    <w:tblStylePr w:type="band1Vert">
      <w:tblPr/>
      <w:tcPr>
        <w:shd w:val="clear" w:color="auto" w:fill="7A9696" w:themeFill="text1" w:themeFillTint="7F"/>
      </w:tcPr>
    </w:tblStylePr>
    <w:tblStylePr w:type="band1Horz">
      <w:tblPr/>
      <w:tcPr>
        <w:shd w:val="clear" w:color="auto" w:fill="7A9696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E0F1" w:themeFill="accent1" w:themeFillTint="33"/>
    </w:tcPr>
    <w:tblStylePr w:type="firstRow">
      <w:rPr>
        <w:b/>
        <w:bCs/>
      </w:rPr>
      <w:tblPr/>
      <w:tcPr>
        <w:shd w:val="clear" w:color="auto" w:fill="72C2E4" w:themeFill="accent1" w:themeFillTint="66"/>
      </w:tcPr>
    </w:tblStylePr>
    <w:tblStylePr w:type="lastRow">
      <w:rPr>
        <w:b/>
        <w:bCs/>
        <w:color w:val="0F1313" w:themeColor="text1"/>
      </w:rPr>
      <w:tblPr/>
      <w:tcPr>
        <w:shd w:val="clear" w:color="auto" w:fill="72C2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B2C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B2C3B" w:themeFill="accent1" w:themeFillShade="BF"/>
      </w:tcPr>
    </w:tblStylePr>
    <w:tblStylePr w:type="band1Vert">
      <w:tblPr/>
      <w:tcPr>
        <w:shd w:val="clear" w:color="auto" w:fill="50B3DE" w:themeFill="accent1" w:themeFillTint="7F"/>
      </w:tcPr>
    </w:tblStylePr>
    <w:tblStylePr w:type="band1Horz">
      <w:tblPr/>
      <w:tcPr>
        <w:shd w:val="clear" w:color="auto" w:fill="50B3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CED" w:themeFill="accent2" w:themeFillTint="33"/>
    </w:tcPr>
    <w:tblStylePr w:type="firstRow">
      <w:rPr>
        <w:b/>
        <w:bCs/>
      </w:rPr>
      <w:tblPr/>
      <w:tcPr>
        <w:shd w:val="clear" w:color="auto" w:fill="5BF9DC" w:themeFill="accent2" w:themeFillTint="66"/>
      </w:tcPr>
    </w:tblStylePr>
    <w:tblStylePr w:type="lastRow">
      <w:rPr>
        <w:b/>
        <w:bCs/>
        <w:color w:val="0F1313" w:themeColor="text1"/>
      </w:rPr>
      <w:tblPr/>
      <w:tcPr>
        <w:shd w:val="clear" w:color="auto" w:fill="5BF9D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23D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23D32" w:themeFill="accent2" w:themeFillShade="BF"/>
      </w:tcPr>
    </w:tblStylePr>
    <w:tblStylePr w:type="band1Vert">
      <w:tblPr/>
      <w:tcPr>
        <w:shd w:val="clear" w:color="auto" w:fill="32F7D4" w:themeFill="accent2" w:themeFillTint="7F"/>
      </w:tcPr>
    </w:tblStylePr>
    <w:tblStylePr w:type="band1Horz">
      <w:tblPr/>
      <w:tcPr>
        <w:shd w:val="clear" w:color="auto" w:fill="32F7D4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E0F2" w:themeFill="accent3" w:themeFillTint="33"/>
    </w:tcPr>
    <w:tblStylePr w:type="firstRow">
      <w:rPr>
        <w:b/>
        <w:bCs/>
      </w:rPr>
      <w:tblPr/>
      <w:tcPr>
        <w:shd w:val="clear" w:color="auto" w:fill="6CC1E4" w:themeFill="accent3" w:themeFillTint="66"/>
      </w:tcPr>
    </w:tblStylePr>
    <w:tblStylePr w:type="lastRow">
      <w:rPr>
        <w:b/>
        <w:bCs/>
        <w:color w:val="0F1313" w:themeColor="text1"/>
      </w:rPr>
      <w:tblPr/>
      <w:tcPr>
        <w:shd w:val="clear" w:color="auto" w:fill="6CC1E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253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2532" w:themeFill="accent3" w:themeFillShade="BF"/>
      </w:tcPr>
    </w:tblStylePr>
    <w:tblStylePr w:type="band1Vert">
      <w:tblPr/>
      <w:tcPr>
        <w:shd w:val="clear" w:color="auto" w:fill="48B2DE" w:themeFill="accent3" w:themeFillTint="7F"/>
      </w:tcPr>
    </w:tblStylePr>
    <w:tblStylePr w:type="band1Horz">
      <w:tblPr/>
      <w:tcPr>
        <w:shd w:val="clear" w:color="auto" w:fill="48B2DE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DD3" w:themeFill="accent4" w:themeFillTint="33"/>
    </w:tcPr>
    <w:tblStylePr w:type="firstRow">
      <w:rPr>
        <w:b/>
        <w:bCs/>
      </w:rPr>
      <w:tblPr/>
      <w:tcPr>
        <w:shd w:val="clear" w:color="auto" w:fill="F8BCA8" w:themeFill="accent4" w:themeFillTint="66"/>
      </w:tcPr>
    </w:tblStylePr>
    <w:tblStylePr w:type="lastRow">
      <w:rPr>
        <w:b/>
        <w:bCs/>
        <w:color w:val="0F1313" w:themeColor="text1"/>
      </w:rPr>
      <w:tblPr/>
      <w:tcPr>
        <w:shd w:val="clear" w:color="auto" w:fill="F8BCA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13C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13C0E" w:themeFill="accent4" w:themeFillShade="BF"/>
      </w:tcPr>
    </w:tblStylePr>
    <w:tblStylePr w:type="band1Vert">
      <w:tblPr/>
      <w:tcPr>
        <w:shd w:val="clear" w:color="auto" w:fill="F7AC93" w:themeFill="accent4" w:themeFillTint="7F"/>
      </w:tcPr>
    </w:tblStylePr>
    <w:tblStylePr w:type="band1Horz">
      <w:tblPr/>
      <w:tcPr>
        <w:shd w:val="clear" w:color="auto" w:fill="F7AC93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F2F7" w:themeFill="accent5" w:themeFillTint="33"/>
    </w:tcPr>
    <w:tblStylePr w:type="firstRow">
      <w:rPr>
        <w:b/>
        <w:bCs/>
      </w:rPr>
      <w:tblPr/>
      <w:tcPr>
        <w:shd w:val="clear" w:color="auto" w:fill="7FE6F0" w:themeFill="accent5" w:themeFillTint="66"/>
      </w:tcPr>
    </w:tblStylePr>
    <w:tblStylePr w:type="lastRow">
      <w:rPr>
        <w:b/>
        <w:bCs/>
        <w:color w:val="0F1313" w:themeColor="text1"/>
      </w:rPr>
      <w:tblPr/>
      <w:tcPr>
        <w:shd w:val="clear" w:color="auto" w:fill="7FE6F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C5F6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C5F67" w:themeFill="accent5" w:themeFillShade="BF"/>
      </w:tcPr>
    </w:tblStylePr>
    <w:tblStylePr w:type="band1Vert">
      <w:tblPr/>
      <w:tcPr>
        <w:shd w:val="clear" w:color="auto" w:fill="60DFEC" w:themeFill="accent5" w:themeFillTint="7F"/>
      </w:tcPr>
    </w:tblStylePr>
    <w:tblStylePr w:type="band1Horz">
      <w:tblPr/>
      <w:tcPr>
        <w:shd w:val="clear" w:color="auto" w:fill="60DFEC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F131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D5D5" w:themeFill="accent6" w:themeFillTint="33"/>
    </w:tcPr>
    <w:tblStylePr w:type="firstRow">
      <w:rPr>
        <w:b/>
        <w:bCs/>
      </w:rPr>
      <w:tblPr/>
      <w:tcPr>
        <w:shd w:val="clear" w:color="auto" w:fill="94ABAB" w:themeFill="accent6" w:themeFillTint="66"/>
      </w:tcPr>
    </w:tblStylePr>
    <w:tblStylePr w:type="lastRow">
      <w:rPr>
        <w:b/>
        <w:bCs/>
        <w:color w:val="0F1313" w:themeColor="text1"/>
      </w:rPr>
      <w:tblPr/>
      <w:tcPr>
        <w:shd w:val="clear" w:color="auto" w:fill="94ABA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B0E0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B0E0E" w:themeFill="accent6" w:themeFillShade="BF"/>
      </w:tcPr>
    </w:tblStylePr>
    <w:tblStylePr w:type="band1Vert">
      <w:tblPr/>
      <w:tcPr>
        <w:shd w:val="clear" w:color="auto" w:fill="7A9696" w:themeFill="accent6" w:themeFillTint="7F"/>
      </w:tcPr>
    </w:tblStylePr>
    <w:tblStylePr w:type="band1Horz">
      <w:tblPr/>
      <w:tcPr>
        <w:shd w:val="clear" w:color="auto" w:fill="7A9696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15CC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AFB55-D49C-4D03-9D5F-764DCE9A1E5A}"/>
      </w:docPartPr>
      <w:docPartBody>
        <w:p w:rsidR="00DC5CB1" w:rsidRDefault="00A068A4">
          <w:r w:rsidRPr="006B7346">
            <w:rPr>
              <w:rStyle w:val="PlaceholderText"/>
            </w:rPr>
            <w:t>Click or tap to enter a date.</w:t>
          </w:r>
        </w:p>
      </w:docPartBody>
    </w:docPart>
    <w:docPart>
      <w:docPartPr>
        <w:name w:val="E480E55EACB340048BCF972CB3992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E8E9F-5ACA-4AC1-8051-69F2C129B618}"/>
      </w:docPartPr>
      <w:docPartBody>
        <w:p w:rsidR="00DC5CB1" w:rsidRDefault="00A068A4" w:rsidP="00A068A4">
          <w:pPr>
            <w:pStyle w:val="E480E55EACB340048BCF972CB39926E2"/>
          </w:pPr>
          <w:r>
            <w:rPr>
              <w:rStyle w:val="PlaceholderText"/>
              <w:rFonts w:asciiTheme="majorHAnsi" w:hAnsiTheme="majorHAnsi" w:cstheme="majorHAnsi"/>
            </w:rPr>
            <w:t>Recipient Organization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8A4"/>
    <w:rsid w:val="0011218F"/>
    <w:rsid w:val="0058029D"/>
    <w:rsid w:val="00743823"/>
    <w:rsid w:val="00A068A4"/>
    <w:rsid w:val="00C47DCC"/>
    <w:rsid w:val="00DC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68A4"/>
    <w:rPr>
      <w:color w:val="666666"/>
    </w:rPr>
  </w:style>
  <w:style w:type="paragraph" w:customStyle="1" w:styleId="E480E55EACB340048BCF972CB39926E2">
    <w:name w:val="E480E55EACB340048BCF972CB39926E2"/>
    <w:rsid w:val="00A068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NP Theme 2024">
  <a:themeElements>
    <a:clrScheme name="MNP - July 2020">
      <a:dk1>
        <a:srgbClr val="0F1313"/>
      </a:dk1>
      <a:lt1>
        <a:srgbClr val="FFFFFF"/>
      </a:lt1>
      <a:dk2>
        <a:srgbClr val="0F3C4F"/>
      </a:dk2>
      <a:lt2>
        <a:srgbClr val="F2F2F2"/>
      </a:lt2>
      <a:accent1>
        <a:srgbClr val="0F3C4F"/>
      </a:accent1>
      <a:accent2>
        <a:srgbClr val="035244"/>
      </a:accent2>
      <a:accent3>
        <a:srgbClr val="0C3343"/>
      </a:accent3>
      <a:accent4>
        <a:srgbClr val="EF5A27"/>
      </a:accent4>
      <a:accent5>
        <a:srgbClr val="107F8A"/>
      </a:accent5>
      <a:accent6>
        <a:srgbClr val="0F1313"/>
      </a:accent6>
      <a:hlink>
        <a:srgbClr val="EF5A27"/>
      </a:hlink>
      <a:folHlink>
        <a:srgbClr val="EF5A27"/>
      </a:folHlink>
    </a:clrScheme>
    <a:fontScheme name="MNP - Fonts - Jun2020">
      <a:majorFont>
        <a:latin typeface="Segoe UI Semibold"/>
        <a:ea typeface=""/>
        <a:cs typeface=""/>
      </a:majorFont>
      <a:minorFont>
        <a:latin typeface="Segoe UI Semi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wrap="square" rtlCol="0" anchor="ctr">
        <a:noAutofit/>
      </a:bodyPr>
      <a:lstStyle>
        <a:defPPr algn="ctr">
          <a:defRPr sz="1600" b="1" dirty="0" smtClean="0">
            <a:solidFill>
              <a:schemeClr val="bg1"/>
            </a:solidFill>
            <a:latin typeface="+mj-lt"/>
            <a:ea typeface="Corbel" charset="0"/>
            <a:cs typeface="Corbel" charset="0"/>
          </a:defRPr>
        </a:defPPr>
      </a:lstStyle>
    </a:spDef>
  </a:objectDefaults>
  <a:extraClrSchemeLst/>
  <a:extLst>
    <a:ext uri="{05A4C25C-085E-4340-85A3-A5531E510DB2}">
      <thm15:themeFamily xmlns:thm15="http://schemas.microsoft.com/office/thememl/2012/main" name="MNP Theme 2024" id="{C7A26DA4-794A-42B5-9A16-C610A4DC09DC}" vid="{178CC756-471D-42F9-B53C-A86B9ACCFAB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9B2FD3597A040B182C3B91EA8B61E" ma:contentTypeVersion="3" ma:contentTypeDescription="Create a new document." ma:contentTypeScope="" ma:versionID="9e194bb6fa90acce0ff3cbdc258ed914">
  <xsd:schema xmlns:xsd="http://www.w3.org/2001/XMLSchema" xmlns:xs="http://www.w3.org/2001/XMLSchema" xmlns:p="http://schemas.microsoft.com/office/2006/metadata/properties" xmlns:ns2="e70a5c4f-d9de-49bd-8b52-b155b84453f8" targetNamespace="http://schemas.microsoft.com/office/2006/metadata/properties" ma:root="true" ma:fieldsID="280ff83855e4dd9071ce5bd9f261e263" ns2:_="">
    <xsd:import namespace="e70a5c4f-d9de-49bd-8b52-b155b84453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a5c4f-d9de-49bd-8b52-b155b84453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A63D77-7673-4429-91EE-5218D2E0FA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a5c4f-d9de-49bd-8b52-b155b84453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FC2437-6417-47DE-87D8-960FF16E5C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4E21E15-45C8-4033-BAB8-9AFFCF9CDDC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c3ebf9-3c2f-4745-a75f-55836bdb736f}" enabled="1" method="Privileged" siteId="{2bb51c06-af9b-42c5-8bf5-3c3b7b10850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Industry Advancement Grant: Communication Request Form</vt:lpstr>
    </vt:vector>
  </TitlesOfParts>
  <Manager/>
  <Company/>
  <LinksUpToDate>false</LinksUpToDate>
  <CharactersWithSpaces>2770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Industry Advancement Grant: Communication Request Form</dc:title>
  <dc:subject>Industry Advancement Grant, Class One Learning Pathway, Communication Request Form</dc:subject>
  <dc:creator>Government of Alberta - Transportation and Economic Corridors </dc:creator>
  <cp:keywords>Security Classification: PUBLIC</cp:keywords>
  <dc:description/>
  <cp:revision>4</cp:revision>
  <dcterms:created xsi:type="dcterms:W3CDTF">2026-09-21T23:43:00Z</dcterms:created>
  <dcterms:modified xsi:type="dcterms:W3CDTF">2026-09-28T14:56:00Z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0x01010039E9B2FD3597A040B182C3B91EA8B61E</vt:lpwstr>
  </property>
  <property fmtid="{D5CDD505-2E9C-101B-9397-08002B2CF9AE}" pid="3" name="ClassificationContentMarkingFooterShapeIds">
    <vt:lpwstr>31c591fb,6de889d1,7592dd6e</vt:lpwstr>
  </property>
  <property fmtid="{D5CDD505-2E9C-101B-9397-08002B2CF9AE}" pid="4" name="ClassificationContentMarkingFooterFontProps">
    <vt:lpwstr>#000000,11,Aptos</vt:lpwstr>
  </property>
  <property fmtid="{D5CDD505-2E9C-101B-9397-08002B2CF9AE}" pid="5" name="ClassificationContentMarkingFooterText">
    <vt:lpwstr>Classification: Public</vt:lpwstr>
  </property>
</Properties>
</file>